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Pr="00260F73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2555A31C" w:rsidR="00F4085D" w:rsidRPr="00260F73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260F73">
        <w:rPr>
          <w:b/>
          <w:bCs/>
          <w:sz w:val="40"/>
          <w:szCs w:val="40"/>
        </w:rPr>
        <w:t xml:space="preserve">RCPI </w:t>
      </w:r>
      <w:r w:rsidR="007C0991" w:rsidRPr="00260F73">
        <w:rPr>
          <w:b/>
          <w:bCs/>
          <w:sz w:val="40"/>
          <w:szCs w:val="40"/>
        </w:rPr>
        <w:t xml:space="preserve">Higher Specialist </w:t>
      </w:r>
      <w:r w:rsidR="002D7D98" w:rsidRPr="00260F73">
        <w:rPr>
          <w:b/>
          <w:bCs/>
          <w:sz w:val="40"/>
          <w:szCs w:val="40"/>
        </w:rPr>
        <w:t>Training</w:t>
      </w:r>
      <w:r w:rsidR="007C0991" w:rsidRPr="00260F73">
        <w:rPr>
          <w:b/>
          <w:bCs/>
          <w:sz w:val="40"/>
          <w:szCs w:val="40"/>
        </w:rPr>
        <w:t>:</w:t>
      </w:r>
      <w:r w:rsidR="00F4085D" w:rsidRPr="00260F73">
        <w:rPr>
          <w:b/>
          <w:bCs/>
          <w:sz w:val="40"/>
          <w:szCs w:val="40"/>
        </w:rPr>
        <w:t xml:space="preserve"> </w:t>
      </w:r>
      <w:r w:rsidR="008816C3">
        <w:rPr>
          <w:b/>
          <w:bCs/>
          <w:sz w:val="40"/>
          <w:szCs w:val="40"/>
        </w:rPr>
        <w:t>Neuropathology</w:t>
      </w:r>
    </w:p>
    <w:p w14:paraId="609CAFC3" w14:textId="0E8919FD" w:rsidR="007C0991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260F73">
        <w:rPr>
          <w:b/>
          <w:bCs/>
          <w:sz w:val="48"/>
          <w:szCs w:val="48"/>
        </w:rPr>
        <w:t>Curriculum Vitae</w:t>
      </w:r>
    </w:p>
    <w:p w14:paraId="158B37B7" w14:textId="77777777" w:rsidR="00260F73" w:rsidRPr="00260F73" w:rsidRDefault="00260F73" w:rsidP="00260F73"/>
    <w:p w14:paraId="6E5B97C0" w14:textId="59A16C94" w:rsidR="00214ECC" w:rsidRPr="00260F73" w:rsidRDefault="003729FB" w:rsidP="001C17E4">
      <w:pPr>
        <w:pStyle w:val="Heading1"/>
      </w:pPr>
      <w:r w:rsidRPr="00260F73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:rsidRPr="00260F73" w14:paraId="091518D3" w14:textId="77777777" w:rsidTr="00260F73">
        <w:tc>
          <w:tcPr>
            <w:tcW w:w="1886" w:type="pct"/>
            <w:vAlign w:val="center"/>
          </w:tcPr>
          <w:p w14:paraId="461D333E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Full Name:</w:t>
            </w:r>
          </w:p>
          <w:p w14:paraId="46EE3531" w14:textId="1A50F9B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EndPr/>
          <w:sdtContent>
            <w:tc>
              <w:tcPr>
                <w:tcW w:w="3114" w:type="pct"/>
                <w:vAlign w:val="center"/>
              </w:tcPr>
              <w:p w14:paraId="3B7B6D19" w14:textId="14E466E6" w:rsidR="009E4AEB" w:rsidRPr="00260F73" w:rsidRDefault="001C17E4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773EA148" w14:textId="77777777" w:rsidTr="00260F73">
        <w:tc>
          <w:tcPr>
            <w:tcW w:w="1886" w:type="pct"/>
            <w:vAlign w:val="center"/>
          </w:tcPr>
          <w:p w14:paraId="62CA2F33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Medical Council (IMC) Registration Number:</w:t>
            </w:r>
          </w:p>
          <w:p w14:paraId="096607BC" w14:textId="79A3C1DB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  <w:vAlign w:val="center"/>
              </w:tcPr>
              <w:p w14:paraId="2A4369CD" w14:textId="4DD25E0D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36E9348D" w14:textId="77777777" w:rsidTr="00260F73">
        <w:tc>
          <w:tcPr>
            <w:tcW w:w="1886" w:type="pct"/>
            <w:vAlign w:val="center"/>
          </w:tcPr>
          <w:p w14:paraId="640B854D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Please list any prior medical registrations i.e. (GMC):</w:t>
            </w:r>
          </w:p>
          <w:p w14:paraId="38BE2FC2" w14:textId="5EE45BD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tc>
          <w:tcPr>
            <w:tcW w:w="3114" w:type="pct"/>
            <w:vAlign w:val="center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EndPr/>
            <w:sdtContent>
              <w:p w14:paraId="733AEED4" w14:textId="346A6196" w:rsidR="004D6768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E4AEB" w:rsidRPr="00260F73" w14:paraId="452C156E" w14:textId="77777777" w:rsidTr="00260F73">
        <w:tc>
          <w:tcPr>
            <w:tcW w:w="1886" w:type="pct"/>
            <w:vAlign w:val="center"/>
          </w:tcPr>
          <w:p w14:paraId="5B86263B" w14:textId="77777777" w:rsidR="009E4AEB" w:rsidRDefault="00260F73" w:rsidP="00260F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Current</w:t>
            </w:r>
            <w:r w:rsidR="009E4AEB" w:rsidRPr="00260F73">
              <w:rPr>
                <w:b/>
                <w:bCs/>
              </w:rPr>
              <w:t xml:space="preserve"> Post:</w:t>
            </w:r>
          </w:p>
          <w:p w14:paraId="2B91D0AD" w14:textId="646DAF20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EndPr/>
          <w:sdtContent>
            <w:tc>
              <w:tcPr>
                <w:tcW w:w="3114" w:type="pct"/>
                <w:vAlign w:val="center"/>
              </w:tcPr>
              <w:p w14:paraId="13FF5351" w14:textId="76ACC4B8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0627E4A" w14:textId="277579A8" w:rsidR="00597958" w:rsidRPr="00260F73" w:rsidRDefault="002931FF">
      <w:r w:rsidRPr="00260F73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66FB48BF">
                <wp:simplePos x="0" y="0"/>
                <wp:positionH relativeFrom="margin">
                  <wp:align>right</wp:align>
                </wp:positionH>
                <wp:positionV relativeFrom="paragraph">
                  <wp:posOffset>2512060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5224AEA3" w:rsidR="002931FF" w:rsidRPr="0034520A" w:rsidRDefault="0034520A" w:rsidP="0034520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97.8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B1YqEw&#10;3QAAAAgBAAAPAAAAAAAAAAAAAAAAAGgEAABkcnMvZG93bnJldi54bWxQSwUGAAAAAAQABADzAAAA&#10;cgUAAAAA&#10;">
                <v:textbox style="mso-fit-shape-to-text:t">
                  <w:txbxContent>
                    <w:p w14:paraId="0B7A552B" w14:textId="5224AEA3" w:rsidR="002931FF" w:rsidRPr="0034520A" w:rsidRDefault="0034520A" w:rsidP="0034520A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 w:rsidRPr="00260F73">
        <w:br w:type="page"/>
      </w:r>
    </w:p>
    <w:p w14:paraId="27A096EA" w14:textId="56CA61F4" w:rsidR="004929C5" w:rsidRPr="004929C5" w:rsidRDefault="00260F73" w:rsidP="004929C5">
      <w:pPr>
        <w:pStyle w:val="Heading1"/>
      </w:pPr>
      <w:r>
        <w:lastRenderedPageBreak/>
        <w:t>Career Objective / Personal Statement</w:t>
      </w:r>
    </w:p>
    <w:p w14:paraId="5A599AA4" w14:textId="5B9268A2" w:rsidR="00260F73" w:rsidRDefault="00260F73" w:rsidP="00260F73">
      <w:pPr>
        <w:rPr>
          <w:b/>
          <w:bCs/>
        </w:rPr>
      </w:pPr>
      <w:r w:rsidRPr="00260F73">
        <w:rPr>
          <w:b/>
          <w:bCs/>
        </w:rPr>
        <w:t xml:space="preserve">Brief statement (250 words) outlining your motivation for a career in </w:t>
      </w:r>
      <w:r w:rsidR="00446759">
        <w:rPr>
          <w:b/>
          <w:bCs/>
        </w:rPr>
        <w:t>medicine</w:t>
      </w:r>
      <w:r w:rsidRPr="00260F73">
        <w:rPr>
          <w:b/>
          <w:bCs/>
        </w:rPr>
        <w:t>, chosen specialty, and career goals within the HSE.</w:t>
      </w:r>
    </w:p>
    <w:sdt>
      <w:sdtPr>
        <w:rPr>
          <w:b/>
          <w:bCs/>
        </w:rPr>
        <w:id w:val="1461925480"/>
        <w:placeholder>
          <w:docPart w:val="D5F14FB66A15431389EB3E003A7DADB1"/>
        </w:placeholder>
        <w:showingPlcHdr/>
      </w:sdtPr>
      <w:sdtEndPr/>
      <w:sdtContent>
        <w:p w14:paraId="1C5F0DEB" w14:textId="3E4383BF" w:rsidR="00260F73" w:rsidRDefault="00260F73" w:rsidP="00260F73">
          <w:pPr>
            <w:rPr>
              <w:b/>
              <w:bCs/>
            </w:rPr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73ED809F" w14:textId="61F010F1" w:rsidR="00214ECC" w:rsidRPr="00260F73" w:rsidRDefault="003729FB" w:rsidP="001C17E4">
      <w:pPr>
        <w:pStyle w:val="Heading1"/>
      </w:pPr>
      <w:r w:rsidRPr="00260F73">
        <w:t>Commitment to Specialty &amp; Career Motivation</w:t>
      </w:r>
    </w:p>
    <w:p w14:paraId="3808862C" w14:textId="77777777" w:rsidR="00597958" w:rsidRPr="00260F73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Why are you interested in this specialty?</w:t>
      </w:r>
      <w:r w:rsidR="002D7D98" w:rsidRPr="00260F73">
        <w:rPr>
          <w:b/>
          <w:bCs/>
        </w:rPr>
        <w:t xml:space="preserve"> (200 words)</w:t>
      </w:r>
    </w:p>
    <w:p w14:paraId="63A91466" w14:textId="26842EEA" w:rsidR="00214ECC" w:rsidRDefault="00381B0C" w:rsidP="00597958">
      <w:sdt>
        <w:sdtPr>
          <w:id w:val="-1365520692"/>
          <w:placeholder>
            <w:docPart w:val="767E5F504CE04A3283DBB5C362BF53DD"/>
          </w:placeholder>
          <w:showingPlcHdr/>
        </w:sdtPr>
        <w:sdtEndPr/>
        <w:sdtContent>
          <w:r w:rsidR="00B16633" w:rsidRPr="00260F73">
            <w:rPr>
              <w:rStyle w:val="PlaceholderText"/>
            </w:rPr>
            <w:t>Click or tap here to enter text.</w:t>
          </w:r>
        </w:sdtContent>
      </w:sdt>
    </w:p>
    <w:p w14:paraId="11D740AE" w14:textId="6D2BF1E3" w:rsidR="00446759" w:rsidRDefault="00446759" w:rsidP="00446759">
      <w:pPr>
        <w:pStyle w:val="ListParagraph"/>
        <w:numPr>
          <w:ilvl w:val="0"/>
          <w:numId w:val="14"/>
        </w:numPr>
        <w:rPr>
          <w:b/>
          <w:bCs/>
        </w:rPr>
      </w:pPr>
      <w:r w:rsidRPr="00446759">
        <w:rPr>
          <w:b/>
          <w:bCs/>
        </w:rPr>
        <w:t>What experiences have influenced your decision to pursue this area? (200 words)</w:t>
      </w:r>
    </w:p>
    <w:sdt>
      <w:sdtPr>
        <w:id w:val="-1720120786"/>
        <w:placeholder>
          <w:docPart w:val="E784E538356841158C171F82ADDD532E"/>
        </w:placeholder>
        <w:showingPlcHdr/>
      </w:sdtPr>
      <w:sdtEndPr/>
      <w:sdtContent>
        <w:p w14:paraId="38F57373" w14:textId="4625A906" w:rsidR="00446759" w:rsidRPr="00446759" w:rsidRDefault="00446759" w:rsidP="00446759">
          <w:r w:rsidRPr="00446759">
            <w:rPr>
              <w:rStyle w:val="PlaceholderText"/>
              <w:lang w:val="en-US"/>
            </w:rPr>
            <w:t>Click or tap here to enter text.</w:t>
          </w:r>
        </w:p>
      </w:sdtContent>
    </w:sdt>
    <w:p w14:paraId="51C12F35" w14:textId="77777777" w:rsidR="00597958" w:rsidRPr="00260F73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What steps have you taken to build your career in this specialty? (e.g., rotations, audits,</w:t>
      </w:r>
      <w:r w:rsidRPr="00260F73">
        <w:t xml:space="preserve"> </w:t>
      </w:r>
      <w:r w:rsidRPr="00260F73">
        <w:rPr>
          <w:b/>
          <w:bCs/>
        </w:rPr>
        <w:t>courses, research)</w:t>
      </w:r>
      <w:r w:rsidR="002D7D98" w:rsidRPr="00260F73">
        <w:rPr>
          <w:b/>
          <w:bCs/>
        </w:rPr>
        <w:t xml:space="preserve"> (200 words)</w:t>
      </w:r>
    </w:p>
    <w:p w14:paraId="3E3713EA" w14:textId="000B6F80" w:rsidR="009E4AEB" w:rsidRPr="00260F73" w:rsidRDefault="00381B0C" w:rsidP="00597958">
      <w:sdt>
        <w:sdtPr>
          <w:id w:val="-462970739"/>
          <w:placeholder>
            <w:docPart w:val="15FA136DFCC9400EA3643631FD9D49AC"/>
          </w:placeholder>
          <w:showingPlcHdr/>
        </w:sdtPr>
        <w:sdtEndPr/>
        <w:sdtContent>
          <w:r w:rsidR="00B16633" w:rsidRPr="00260F73">
            <w:rPr>
              <w:rStyle w:val="PlaceholderText"/>
            </w:rPr>
            <w:t>Click or tap here to enter text.</w:t>
          </w:r>
        </w:sdtContent>
      </w:sdt>
    </w:p>
    <w:p w14:paraId="6D446B95" w14:textId="1EC5124C" w:rsidR="007C3707" w:rsidRPr="00260F73" w:rsidRDefault="00260F73" w:rsidP="00260F73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What are your short- and long-term career goals in this field? (200 words)</w:t>
      </w:r>
    </w:p>
    <w:sdt>
      <w:sdtPr>
        <w:id w:val="616039675"/>
        <w:placeholder>
          <w:docPart w:val="0650B01579224C17841E78E78C05793F"/>
        </w:placeholder>
        <w:showingPlcHdr/>
      </w:sdtPr>
      <w:sdtEndPr/>
      <w:sdtContent>
        <w:p w14:paraId="39B80081" w14:textId="30FBE651" w:rsidR="00260F73" w:rsidRPr="00260F73" w:rsidRDefault="00260F73" w:rsidP="00260F73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3C7572DE" w14:textId="77777777" w:rsidR="0034520A" w:rsidRDefault="0034520A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5122BB3A" w:rsidR="002D7D98" w:rsidRPr="00260F73" w:rsidRDefault="003729FB" w:rsidP="001C17E4">
      <w:pPr>
        <w:pStyle w:val="Heading1"/>
      </w:pPr>
      <w:r w:rsidRPr="00260F73">
        <w:lastRenderedPageBreak/>
        <w:t>Medical Education &amp; Qualifications</w:t>
      </w:r>
      <w:r w:rsidR="002D7D98" w:rsidRPr="00260F73">
        <w:t xml:space="preserve"> – Including Memberships</w:t>
      </w:r>
      <w:r w:rsidR="00C7253B" w:rsidRPr="00260F73">
        <w:t xml:space="preserve"> and Courses</w:t>
      </w:r>
    </w:p>
    <w:p w14:paraId="0A20EB36" w14:textId="73367547" w:rsidR="000A5F58" w:rsidRDefault="000A5F58" w:rsidP="000A5F58">
      <w:r>
        <w:t>(Reverse chronological order)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260F73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B16633" w:rsidRPr="00260F73">
              <w:rPr>
                <w:b/>
                <w:bCs/>
              </w:rPr>
              <w:t xml:space="preserve"> </w:t>
            </w:r>
            <w:r w:rsidR="00F4085D" w:rsidRPr="00260F73">
              <w:rPr>
                <w:b/>
                <w:bCs/>
              </w:rPr>
              <w:t>A</w:t>
            </w:r>
            <w:r w:rsidR="00B16633" w:rsidRPr="00260F73">
              <w:rPr>
                <w:b/>
                <w:bCs/>
              </w:rPr>
              <w:t>ttached</w:t>
            </w:r>
          </w:p>
        </w:tc>
      </w:tr>
      <w:tr w:rsidR="002D7D98" w:rsidRPr="00260F73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EndPr/>
          <w:sdtContent>
            <w:tc>
              <w:tcPr>
                <w:tcW w:w="966" w:type="pct"/>
              </w:tcPr>
              <w:p w14:paraId="407904E6" w14:textId="7D7C9955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EndPr/>
          <w:sdtContent>
            <w:tc>
              <w:tcPr>
                <w:tcW w:w="959" w:type="pct"/>
              </w:tcPr>
              <w:p w14:paraId="7DBDB907" w14:textId="4C9AC59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EndPr/>
          <w:sdtContent>
            <w:tc>
              <w:tcPr>
                <w:tcW w:w="980" w:type="pct"/>
              </w:tcPr>
              <w:p w14:paraId="72703AB3" w14:textId="6E71EC0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5688DA4A" w14:textId="6DDA52B4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CA4B16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EndPr/>
          <w:sdtContent>
            <w:tc>
              <w:tcPr>
                <w:tcW w:w="966" w:type="pct"/>
              </w:tcPr>
              <w:p w14:paraId="62C3AD32" w14:textId="6638C231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EndPr/>
          <w:sdtContent>
            <w:tc>
              <w:tcPr>
                <w:tcW w:w="959" w:type="pct"/>
              </w:tcPr>
              <w:p w14:paraId="07D82FA8" w14:textId="5BFD216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EndPr/>
          <w:sdtContent>
            <w:tc>
              <w:tcPr>
                <w:tcW w:w="980" w:type="pct"/>
              </w:tcPr>
              <w:p w14:paraId="0BA9075E" w14:textId="162F6E1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EndPr/>
          <w:sdtContent>
            <w:tc>
              <w:tcPr>
                <w:tcW w:w="976" w:type="pct"/>
              </w:tcPr>
              <w:p w14:paraId="6E8C51A0" w14:textId="061DBBD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034CFD9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EndPr/>
          <w:sdtContent>
            <w:tc>
              <w:tcPr>
                <w:tcW w:w="966" w:type="pct"/>
              </w:tcPr>
              <w:p w14:paraId="0E5CF259" w14:textId="2F2E8C43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EndPr/>
          <w:sdtContent>
            <w:tc>
              <w:tcPr>
                <w:tcW w:w="959" w:type="pct"/>
              </w:tcPr>
              <w:p w14:paraId="1EC9F948" w14:textId="05AC5BB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EndPr/>
          <w:sdtContent>
            <w:tc>
              <w:tcPr>
                <w:tcW w:w="980" w:type="pct"/>
              </w:tcPr>
              <w:p w14:paraId="456CF46E" w14:textId="0F54226E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7FE9FF6A" w14:textId="3A9642D9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36CC5BCB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EndPr/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2D7D98" w:rsidRPr="00260F73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EndPr/>
                  <w:sdtContent>
                    <w:tc>
                      <w:tcPr>
                        <w:tcW w:w="966" w:type="pct"/>
                      </w:tcPr>
                      <w:p w14:paraId="69603CA0" w14:textId="31EEC6B0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EndPr/>
                  <w:sdtContent>
                    <w:tc>
                      <w:tcPr>
                        <w:tcW w:w="959" w:type="pct"/>
                      </w:tcPr>
                      <w:p w14:paraId="2C02ADFA" w14:textId="10A0B363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EndPr/>
                  <w:sdtContent>
                    <w:tc>
                      <w:tcPr>
                        <w:tcW w:w="980" w:type="pct"/>
                      </w:tcPr>
                      <w:p w14:paraId="7DD92037" w14:textId="133D9C3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0DB5DA5D" w14:textId="57818F0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0A7C3A81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2D7D98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EndPr/>
            <w:sdtContent>
              <w:tr w:rsidR="00C95D05" w:rsidRPr="00260F73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EndPr/>
                  <w:sdtContent>
                    <w:tc>
                      <w:tcPr>
                        <w:tcW w:w="966" w:type="pct"/>
                      </w:tcPr>
                      <w:p w14:paraId="0395932B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EndPr/>
                  <w:sdtContent>
                    <w:tc>
                      <w:tcPr>
                        <w:tcW w:w="959" w:type="pct"/>
                      </w:tcPr>
                      <w:p w14:paraId="1C3B902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EndPr/>
                  <w:sdtContent>
                    <w:tc>
                      <w:tcPr>
                        <w:tcW w:w="980" w:type="pct"/>
                      </w:tcPr>
                      <w:p w14:paraId="3415A5C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3D855799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8FDA8C5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C95D05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7CBC3217" w14:textId="77777777" w:rsidR="0034520A" w:rsidRDefault="0034520A" w:rsidP="0034520A"/>
    <w:p w14:paraId="7B42D7D1" w14:textId="0D0E6819" w:rsidR="007C3707" w:rsidRPr="00260F73" w:rsidRDefault="002D7D98" w:rsidP="0034520A">
      <w:pPr>
        <w:pStyle w:val="Heading1"/>
      </w:pPr>
      <w:r w:rsidRPr="00260F73">
        <w:t>Current Professional Registrations</w:t>
      </w:r>
      <w:r w:rsidR="00F4085D" w:rsidRPr="00260F73">
        <w:t xml:space="preserve"> </w:t>
      </w:r>
      <w:r w:rsidR="2D96377B" w:rsidRPr="00260F73">
        <w:t>(IMC, GMC, etc)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260F73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F4085D" w:rsidRPr="00260F73">
              <w:rPr>
                <w:b/>
                <w:bCs/>
              </w:rPr>
              <w:t xml:space="preserve"> Attached</w:t>
            </w:r>
          </w:p>
        </w:tc>
      </w:tr>
      <w:tr w:rsidR="002D7D98" w:rsidRPr="00260F73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EndPr/>
          <w:sdtContent>
            <w:tc>
              <w:tcPr>
                <w:tcW w:w="749" w:type="pct"/>
              </w:tcPr>
              <w:p w14:paraId="5DE52878" w14:textId="705B3DA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EndPr/>
          <w:sdtContent>
            <w:tc>
              <w:tcPr>
                <w:tcW w:w="722" w:type="pct"/>
              </w:tcPr>
              <w:p w14:paraId="3B4E7722" w14:textId="48736194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EndPr/>
          <w:sdtContent>
            <w:tc>
              <w:tcPr>
                <w:tcW w:w="818" w:type="pct"/>
              </w:tcPr>
              <w:p w14:paraId="4433956D" w14:textId="37C027FA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EndPr/>
          <w:sdtContent>
            <w:tc>
              <w:tcPr>
                <w:tcW w:w="976" w:type="pct"/>
              </w:tcPr>
              <w:p w14:paraId="4C3D30A3" w14:textId="7A36AFB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EndPr/>
          <w:sdtContent>
            <w:tc>
              <w:tcPr>
                <w:tcW w:w="787" w:type="pct"/>
              </w:tcPr>
              <w:p w14:paraId="4E8C2E90" w14:textId="2B1B9F91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Pr="00260F73" w:rsidRDefault="001B2E81" w:rsidP="00597958">
            <w:pPr>
              <w:jc w:val="center"/>
            </w:pPr>
            <w:r w:rsidRPr="00260F73"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Pr="00260F73" w:rsidRDefault="001B2E81" w:rsidP="00597958">
            <w:pPr>
              <w:jc w:val="center"/>
            </w:pPr>
            <w:r w:rsidRPr="00260F73"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 xml:space="preserve"> </w:t>
            </w:r>
          </w:p>
        </w:tc>
      </w:tr>
      <w:tr w:rsidR="00B16633" w:rsidRPr="00260F7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49" w:type="pct"/>
              </w:tcPr>
              <w:p w14:paraId="1F6A3CE1" w14:textId="0D7E4A4E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22" w:type="pct"/>
              </w:tcPr>
              <w:p w14:paraId="49AE3929" w14:textId="368186FC" w:rsidR="00B16633" w:rsidRPr="00260F73" w:rsidRDefault="0034520A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818" w:type="pct"/>
              </w:tcPr>
              <w:p w14:paraId="3BD3C74A" w14:textId="2EAF89D7" w:rsidR="00B16633" w:rsidRPr="00260F73" w:rsidRDefault="0034520A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976" w:type="pct"/>
              </w:tcPr>
              <w:p w14:paraId="46914337" w14:textId="6631B00C" w:rsidR="00B16633" w:rsidRPr="00260F73" w:rsidRDefault="0034520A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87" w:type="pct"/>
              </w:tcPr>
              <w:p w14:paraId="4DCC6CF2" w14:textId="5EE9A9CD" w:rsidR="00B16633" w:rsidRPr="00260F73" w:rsidRDefault="0034520A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:rsidRPr="00260F7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49" w:type="pct"/>
              </w:tcPr>
              <w:p w14:paraId="15160684" w14:textId="3068EB49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22" w:type="pct"/>
              </w:tcPr>
              <w:p w14:paraId="0904B07A" w14:textId="46957DA1" w:rsidR="00B16633" w:rsidRPr="00260F73" w:rsidRDefault="0034520A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818" w:type="pct"/>
              </w:tcPr>
              <w:p w14:paraId="13F2E67B" w14:textId="4402D26F" w:rsidR="00B16633" w:rsidRPr="00260F73" w:rsidRDefault="0034520A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6880ABF6" w14:textId="6C08A66D" w:rsidR="00B16633" w:rsidRPr="00260F73" w:rsidRDefault="0034520A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87" w:type="pct"/>
              </w:tcPr>
              <w:p w14:paraId="2B51EDCF" w14:textId="2F86C249" w:rsidR="00B16633" w:rsidRPr="00260F73" w:rsidRDefault="0034520A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EndPr/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B16633" w:rsidRPr="00260F7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49" w:type="pct"/>
                      </w:tcPr>
                      <w:p w14:paraId="220FAB30" w14:textId="7FD7EF89" w:rsidR="00B16633" w:rsidRPr="00260F73" w:rsidRDefault="00B16633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22" w:type="pct"/>
                      </w:tcPr>
                      <w:p w14:paraId="4E270E41" w14:textId="5BDAC0CC" w:rsidR="00B16633" w:rsidRPr="00260F73" w:rsidRDefault="0034520A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818" w:type="pct"/>
                      </w:tcPr>
                      <w:p w14:paraId="4B5AA7D5" w14:textId="3E05DB36" w:rsidR="00B16633" w:rsidRPr="00260F73" w:rsidRDefault="0034520A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6FE57682" w14:textId="0EC615E0" w:rsidR="00B16633" w:rsidRPr="00260F73" w:rsidRDefault="0034520A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87" w:type="pct"/>
                      </w:tcPr>
                      <w:p w14:paraId="51005B27" w14:textId="327945FF" w:rsidR="00B16633" w:rsidRPr="00260F73" w:rsidRDefault="0034520A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Pr="00260F73" w:rsidRDefault="001B2E81" w:rsidP="001B2E81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Pr="00260F73" w:rsidRDefault="001B2E81" w:rsidP="001B2E81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4E06CE75" w14:textId="77777777" w:rsidR="002D7D98" w:rsidRPr="00260F73" w:rsidRDefault="002D7D98"/>
    <w:p w14:paraId="14AD253B" w14:textId="77777777" w:rsidR="00214ECC" w:rsidRPr="00260F73" w:rsidRDefault="003729FB" w:rsidP="001C17E4">
      <w:pPr>
        <w:pStyle w:val="Heading1"/>
      </w:pPr>
      <w:r w:rsidRPr="00260F73">
        <w:lastRenderedPageBreak/>
        <w:t>Clinical Employment History</w:t>
      </w:r>
    </w:p>
    <w:p w14:paraId="5179FB9C" w14:textId="1C1F9C5C" w:rsidR="00214ECC" w:rsidRPr="00260F73" w:rsidRDefault="003729FB">
      <w:r w:rsidRPr="00260F73">
        <w:t>(Reverse chronological order)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:rsidRPr="00260F73" w14:paraId="2D16504D" w14:textId="77777777" w:rsidTr="00E70F08">
        <w:tc>
          <w:tcPr>
            <w:tcW w:w="9350" w:type="dxa"/>
            <w:gridSpan w:val="2"/>
          </w:tcPr>
          <w:p w14:paraId="57CB4B58" w14:textId="33BA9CE3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:rsidRPr="00260F73" w14:paraId="20EAB3EC" w14:textId="77777777" w:rsidTr="002E140B">
        <w:tc>
          <w:tcPr>
            <w:tcW w:w="2547" w:type="dxa"/>
          </w:tcPr>
          <w:p w14:paraId="4C1371F0" w14:textId="773A0F9E" w:rsidR="00597958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BE6BAA36B4CE46CCBA1107A2CA863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2106E778" w14:textId="1DAEE8EA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09CE63E9" w14:textId="77777777" w:rsidTr="002E140B">
        <w:tc>
          <w:tcPr>
            <w:tcW w:w="2547" w:type="dxa"/>
          </w:tcPr>
          <w:p w14:paraId="67052997" w14:textId="449E67BD" w:rsidR="00597958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98F3A9EE91754E259AFD2F141BD88EC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C198349" w14:textId="208FC157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423BA94B" w14:textId="77777777" w:rsidTr="002E140B">
        <w:tc>
          <w:tcPr>
            <w:tcW w:w="2547" w:type="dxa"/>
          </w:tcPr>
          <w:p w14:paraId="4DDB93B2" w14:textId="7F833D2D" w:rsidR="00597958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A562792367E244C2B52C13434E400DB2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BBDFA63" w14:textId="4FCAA322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:rsidRPr="00260F73" w14:paraId="6A2FA343" w14:textId="77777777" w:rsidTr="002E140B">
        <w:tc>
          <w:tcPr>
            <w:tcW w:w="2547" w:type="dxa"/>
          </w:tcPr>
          <w:p w14:paraId="05DA6982" w14:textId="689D0E30" w:rsidR="00597958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70E49BD" w14:textId="7ED909CB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B6D8532" w14:textId="77777777" w:rsidTr="002E140B">
        <w:tc>
          <w:tcPr>
            <w:tcW w:w="2547" w:type="dxa"/>
            <w:vAlign w:val="center"/>
          </w:tcPr>
          <w:p w14:paraId="1A6FF483" w14:textId="5F5E73E1" w:rsidR="002E140B" w:rsidRPr="00260F73" w:rsidRDefault="002E140B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54041384" w14:textId="42470ED5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22330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818E58" w14:textId="4F1E665E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BA84038C5BAB4BC98BCFD7720888F4EA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3EB7EF" w14:textId="1922AE72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297B2CBC" w:rsidR="002E140B" w:rsidRPr="00260F73" w:rsidRDefault="002E140B" w:rsidP="002E140B"/>
        </w:tc>
      </w:tr>
      <w:tr w:rsidR="002E140B" w:rsidRPr="00260F73" w14:paraId="11904FE7" w14:textId="77777777" w:rsidTr="00E70F08">
        <w:tc>
          <w:tcPr>
            <w:tcW w:w="9350" w:type="dxa"/>
            <w:gridSpan w:val="2"/>
          </w:tcPr>
          <w:p w14:paraId="17040DC0" w14:textId="1C362802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2A85F1BB5E59479D91B2E845B74103B1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140B" w:rsidRPr="00260F73" w14:paraId="0D159708" w14:textId="77777777" w:rsidTr="002E140B">
        <w:tc>
          <w:tcPr>
            <w:tcW w:w="2547" w:type="dxa"/>
          </w:tcPr>
          <w:p w14:paraId="6855F987" w14:textId="77777777" w:rsidR="002E140B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734A0FEE22AB4D08A85FAFBB84445CB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5529B1E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3FF24D13" w14:textId="77777777" w:rsidTr="002E140B">
        <w:tc>
          <w:tcPr>
            <w:tcW w:w="2547" w:type="dxa"/>
          </w:tcPr>
          <w:p w14:paraId="104FCC2D" w14:textId="77777777" w:rsidR="002E140B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3AE69983638E496B87E186B118E83D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60588BA6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15579743" w14:textId="77777777" w:rsidTr="002E140B">
        <w:tc>
          <w:tcPr>
            <w:tcW w:w="2547" w:type="dxa"/>
          </w:tcPr>
          <w:p w14:paraId="4D83AFB6" w14:textId="77777777" w:rsidR="002E140B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4E1B8BE8E635423EB269141E9E2912AC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4FF8C2D7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48B155F2" w14:textId="77777777" w:rsidTr="002E140B">
        <w:tc>
          <w:tcPr>
            <w:tcW w:w="2547" w:type="dxa"/>
          </w:tcPr>
          <w:p w14:paraId="5C52A10E" w14:textId="77777777" w:rsidR="002E140B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522C19E6AA2346A4966003129C441C2C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8F98D5F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090BAA34" w14:textId="77777777" w:rsidTr="002E140B">
        <w:tc>
          <w:tcPr>
            <w:tcW w:w="2547" w:type="dxa"/>
            <w:vAlign w:val="center"/>
          </w:tcPr>
          <w:p w14:paraId="563AF5FC" w14:textId="77777777" w:rsidR="002E140B" w:rsidRPr="00260F73" w:rsidRDefault="002E140B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-1212111084"/>
            <w:placeholder>
              <w:docPart w:val="DC6DBC8E8B3947CB8F9195F36B67D85A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EFBB2EB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680F5A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F8D55A6" w14:textId="77777777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49487EF4E50B45EF8F8DF0A58099CB09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C1B8318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CBA9A3D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BE705" w14:textId="158EA3FF" w:rsidR="002E140B" w:rsidRPr="00260F73" w:rsidRDefault="002E140B" w:rsidP="002E140B"/>
        </w:tc>
      </w:tr>
      <w:tr w:rsidR="0034520A" w:rsidRPr="00260F73" w14:paraId="39B7C249" w14:textId="77777777" w:rsidTr="00E70F08">
        <w:tc>
          <w:tcPr>
            <w:tcW w:w="9350" w:type="dxa"/>
            <w:gridSpan w:val="2"/>
          </w:tcPr>
          <w:p w14:paraId="7AC3844F" w14:textId="7766D6CA" w:rsidR="0034520A" w:rsidRPr="00260F73" w:rsidRDefault="0034520A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921683303"/>
                <w:placeholder>
                  <w:docPart w:val="A090FA0BA5794AC5AC717DD711E33CBF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4520A" w:rsidRPr="00260F73" w14:paraId="2265A2CC" w14:textId="77777777" w:rsidTr="002E140B">
        <w:tc>
          <w:tcPr>
            <w:tcW w:w="2547" w:type="dxa"/>
          </w:tcPr>
          <w:p w14:paraId="59A54076" w14:textId="77777777" w:rsidR="0034520A" w:rsidRPr="00260F73" w:rsidRDefault="0034520A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653871532"/>
            <w:placeholder>
              <w:docPart w:val="720DCF34BD304046A80B744FE313EC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33A6D5D2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4520A" w:rsidRPr="00260F73" w14:paraId="5752370A" w14:textId="77777777" w:rsidTr="002E140B">
        <w:tc>
          <w:tcPr>
            <w:tcW w:w="2547" w:type="dxa"/>
          </w:tcPr>
          <w:p w14:paraId="302326DB" w14:textId="77777777" w:rsidR="0034520A" w:rsidRPr="00260F73" w:rsidRDefault="0034520A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-319971723"/>
            <w:placeholder>
              <w:docPart w:val="7E6A3066A2874823A6138F2009EB4F8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F96629E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4520A" w:rsidRPr="00260F73" w14:paraId="35C5B4CC" w14:textId="77777777" w:rsidTr="002E140B">
        <w:tc>
          <w:tcPr>
            <w:tcW w:w="2547" w:type="dxa"/>
          </w:tcPr>
          <w:p w14:paraId="08166D34" w14:textId="77777777" w:rsidR="0034520A" w:rsidRPr="00260F73" w:rsidRDefault="0034520A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1617865741"/>
            <w:placeholder>
              <w:docPart w:val="EF3787E2D6CD437D958559317278BA37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5F680CF3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3721443A" w14:textId="77777777" w:rsidTr="002E140B">
        <w:tc>
          <w:tcPr>
            <w:tcW w:w="2547" w:type="dxa"/>
          </w:tcPr>
          <w:p w14:paraId="7CB5CCDF" w14:textId="77777777" w:rsidR="0034520A" w:rsidRPr="00260F73" w:rsidRDefault="0034520A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604122283"/>
            <w:placeholder>
              <w:docPart w:val="AE2AD3B9F6384CAEA9353EA290441332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5819440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4B798602" w14:textId="77777777" w:rsidTr="002E140B">
        <w:tc>
          <w:tcPr>
            <w:tcW w:w="2547" w:type="dxa"/>
            <w:vAlign w:val="center"/>
          </w:tcPr>
          <w:p w14:paraId="12432AE8" w14:textId="77777777" w:rsidR="0034520A" w:rsidRPr="00260F73" w:rsidRDefault="0034520A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-691079478"/>
            <w:placeholder>
              <w:docPart w:val="75AE43D795DD4C2BA30FD59691E21176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35D1C4D9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108686B2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016D804" w14:textId="77777777" w:rsidR="0034520A" w:rsidRPr="00260F73" w:rsidRDefault="0034520A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87275545"/>
            <w:placeholder>
              <w:docPart w:val="C7053F17F6894268A992542D36635BF0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5769CA66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1604E30E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EA13C3" w14:textId="7D531558" w:rsidR="0034520A" w:rsidRPr="00260F73" w:rsidRDefault="0034520A" w:rsidP="002E140B"/>
        </w:tc>
      </w:tr>
      <w:tr w:rsidR="0034520A" w:rsidRPr="00260F73" w14:paraId="5910E407" w14:textId="77777777" w:rsidTr="00E70F08">
        <w:tc>
          <w:tcPr>
            <w:tcW w:w="9350" w:type="dxa"/>
            <w:gridSpan w:val="2"/>
          </w:tcPr>
          <w:p w14:paraId="2C4B1FD4" w14:textId="026E3E94" w:rsidR="0034520A" w:rsidRPr="00260F73" w:rsidRDefault="0034520A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1529219983"/>
                <w:placeholder>
                  <w:docPart w:val="E94396752B64498AA38F776F4525745B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4520A" w:rsidRPr="00260F73" w14:paraId="0F1AD2E9" w14:textId="77777777" w:rsidTr="002E140B">
        <w:tc>
          <w:tcPr>
            <w:tcW w:w="2547" w:type="dxa"/>
          </w:tcPr>
          <w:p w14:paraId="7808BC7A" w14:textId="77777777" w:rsidR="0034520A" w:rsidRPr="00260F73" w:rsidRDefault="0034520A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-1504201805"/>
            <w:placeholder>
              <w:docPart w:val="19EF752B72EA40298F4D5446F574AE0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02338FA8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4520A" w:rsidRPr="00260F73" w14:paraId="6C26E3D0" w14:textId="77777777" w:rsidTr="002E140B">
        <w:tc>
          <w:tcPr>
            <w:tcW w:w="2547" w:type="dxa"/>
          </w:tcPr>
          <w:p w14:paraId="1319F4F0" w14:textId="77777777" w:rsidR="0034520A" w:rsidRPr="00260F73" w:rsidRDefault="0034520A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739367085"/>
            <w:placeholder>
              <w:docPart w:val="150FC10C07D54A89B954D87631C13C02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65D65FD2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4520A" w:rsidRPr="00260F73" w14:paraId="061754BB" w14:textId="77777777" w:rsidTr="002E140B">
        <w:tc>
          <w:tcPr>
            <w:tcW w:w="2547" w:type="dxa"/>
          </w:tcPr>
          <w:p w14:paraId="2AFE8B50" w14:textId="77777777" w:rsidR="0034520A" w:rsidRPr="00260F73" w:rsidRDefault="0034520A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-588779706"/>
            <w:placeholder>
              <w:docPart w:val="525A78D52909475AB9E852DA4B61BEDB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02335382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1B8491C4" w14:textId="77777777" w:rsidTr="002E140B">
        <w:tc>
          <w:tcPr>
            <w:tcW w:w="2547" w:type="dxa"/>
          </w:tcPr>
          <w:p w14:paraId="481A4DBF" w14:textId="77777777" w:rsidR="0034520A" w:rsidRPr="00260F73" w:rsidRDefault="0034520A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2048054826"/>
            <w:placeholder>
              <w:docPart w:val="A704A461515D471D8D6FC7EA50B34197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3425719E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1104721A" w14:textId="77777777" w:rsidTr="002E140B">
        <w:tc>
          <w:tcPr>
            <w:tcW w:w="2547" w:type="dxa"/>
            <w:vAlign w:val="center"/>
          </w:tcPr>
          <w:p w14:paraId="47D8DE19" w14:textId="77777777" w:rsidR="0034520A" w:rsidRPr="00260F73" w:rsidRDefault="0034520A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1416742015"/>
            <w:placeholder>
              <w:docPart w:val="C479DC2D9B1645DC97D44B8251F08D6F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5CD5360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563B4D2E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729A1C52" w14:textId="77777777" w:rsidR="0034520A" w:rsidRPr="00260F73" w:rsidRDefault="0034520A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-1682734086"/>
            <w:placeholder>
              <w:docPart w:val="08F8A1A819C44A348A91ADE8A4DB2D02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1D3D5D91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500141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0CBED2" w14:textId="3F24D0E2" w:rsidR="0034520A" w:rsidRPr="00260F73" w:rsidRDefault="0034520A" w:rsidP="002E140B"/>
        </w:tc>
      </w:tr>
      <w:tr w:rsidR="0034520A" w:rsidRPr="00260F73" w14:paraId="4BBF41A7" w14:textId="77777777" w:rsidTr="00E70F08">
        <w:tc>
          <w:tcPr>
            <w:tcW w:w="9350" w:type="dxa"/>
            <w:gridSpan w:val="2"/>
          </w:tcPr>
          <w:p w14:paraId="4268DBA6" w14:textId="399FCACF" w:rsidR="0034520A" w:rsidRPr="00260F73" w:rsidRDefault="0034520A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885151951"/>
                <w:placeholder>
                  <w:docPart w:val="5E0C15532E104FD0955B923EA875F6F0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4520A" w:rsidRPr="00260F73" w14:paraId="7DBE3D0C" w14:textId="77777777" w:rsidTr="002E140B">
        <w:tc>
          <w:tcPr>
            <w:tcW w:w="2547" w:type="dxa"/>
          </w:tcPr>
          <w:p w14:paraId="03466F0D" w14:textId="77777777" w:rsidR="0034520A" w:rsidRPr="00260F73" w:rsidRDefault="0034520A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607312030"/>
            <w:placeholder>
              <w:docPart w:val="9D93F09032E8405FB87C59C4F0E874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01EEEDC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4520A" w:rsidRPr="00260F73" w14:paraId="2383E997" w14:textId="77777777" w:rsidTr="002E140B">
        <w:tc>
          <w:tcPr>
            <w:tcW w:w="2547" w:type="dxa"/>
          </w:tcPr>
          <w:p w14:paraId="0638DF03" w14:textId="77777777" w:rsidR="0034520A" w:rsidRPr="00260F73" w:rsidRDefault="0034520A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-323750824"/>
            <w:placeholder>
              <w:docPart w:val="F9F5EFFE296F4104AC12D83E105B8DD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ED02E10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4520A" w:rsidRPr="00260F73" w14:paraId="59520F37" w14:textId="77777777" w:rsidTr="002E140B">
        <w:tc>
          <w:tcPr>
            <w:tcW w:w="2547" w:type="dxa"/>
          </w:tcPr>
          <w:p w14:paraId="16A50E2A" w14:textId="77777777" w:rsidR="0034520A" w:rsidRPr="00260F73" w:rsidRDefault="0034520A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909113235"/>
            <w:placeholder>
              <w:docPart w:val="16712F436C014F0499E34EAABAA56CC2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551D1F99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2703DCB0" w14:textId="77777777" w:rsidTr="002E140B">
        <w:tc>
          <w:tcPr>
            <w:tcW w:w="2547" w:type="dxa"/>
          </w:tcPr>
          <w:p w14:paraId="3C1E9AA1" w14:textId="77777777" w:rsidR="0034520A" w:rsidRPr="00260F73" w:rsidRDefault="0034520A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1137835157"/>
            <w:placeholder>
              <w:docPart w:val="075760F5C80B4655820229D13443B0E2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D1EF0AB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4C99D6AD" w14:textId="77777777" w:rsidTr="002E140B">
        <w:tc>
          <w:tcPr>
            <w:tcW w:w="2547" w:type="dxa"/>
            <w:vAlign w:val="center"/>
          </w:tcPr>
          <w:p w14:paraId="5A361C7C" w14:textId="77777777" w:rsidR="0034520A" w:rsidRPr="00260F73" w:rsidRDefault="0034520A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1310137951"/>
            <w:placeholder>
              <w:docPart w:val="A8966D1E99A24B1B86B59F77224A3621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8EFA500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47F4A9D6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44CD9758" w14:textId="77777777" w:rsidR="0034520A" w:rsidRPr="00260F73" w:rsidRDefault="0034520A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684869643"/>
            <w:placeholder>
              <w:docPart w:val="D44A74A2288543E3867405059A4E52ED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1E33E569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5CF1ED44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245588" w14:textId="414FF6C4" w:rsidR="0034520A" w:rsidRPr="00260F73" w:rsidRDefault="0034520A" w:rsidP="002E140B"/>
        </w:tc>
      </w:tr>
    </w:tbl>
    <w:p w14:paraId="6DA6FFDF" w14:textId="77777777" w:rsidR="0034520A" w:rsidRDefault="0034520A">
      <w:pPr>
        <w:pStyle w:val="Heading1"/>
      </w:pPr>
    </w:p>
    <w:p w14:paraId="7F890481" w14:textId="77777777" w:rsidR="0034520A" w:rsidRDefault="0034520A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3AB2FC62" w:rsidR="00214ECC" w:rsidRPr="00260F73" w:rsidRDefault="007C3707">
      <w:pPr>
        <w:pStyle w:val="Heading1"/>
      </w:pPr>
      <w:r w:rsidRPr="00260F73">
        <w:lastRenderedPageBreak/>
        <w:t>A</w:t>
      </w:r>
      <w:r w:rsidR="003729FB" w:rsidRPr="00260F73">
        <w:t>udit &amp; Quality Improvement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:rsidRPr="00260F73" w14:paraId="1AC9EFE7" w14:textId="77777777" w:rsidTr="0019370D">
        <w:tc>
          <w:tcPr>
            <w:tcW w:w="9350" w:type="dxa"/>
            <w:gridSpan w:val="2"/>
          </w:tcPr>
          <w:p w14:paraId="4B30661B" w14:textId="50C48149" w:rsidR="008525FA" w:rsidRPr="00260F73" w:rsidRDefault="008525FA" w:rsidP="002D7D98">
            <w:r w:rsidRPr="00260F73">
              <w:rPr>
                <w:b/>
                <w:bCs/>
              </w:rPr>
              <w:t>Project Title</w:t>
            </w:r>
            <w:r w:rsidR="00CD745A" w:rsidRPr="00260F73">
              <w:rPr>
                <w:b/>
                <w:bCs/>
              </w:rPr>
              <w:t>:</w:t>
            </w:r>
            <w:r w:rsidR="00A0792E" w:rsidRPr="00260F73">
              <w:rPr>
                <w:b/>
                <w:bCs/>
              </w:rPr>
              <w:t xml:space="preserve"> </w:t>
            </w:r>
            <w:r w:rsidR="00A0792E" w:rsidRPr="00260F73">
              <w:rPr>
                <w:b/>
                <w:bCs/>
              </w:rPr>
              <w:tab/>
            </w:r>
            <w:r w:rsidR="00A0792E" w:rsidRPr="00260F73">
              <w:rPr>
                <w:b/>
                <w:bCs/>
              </w:rPr>
              <w:tab/>
            </w:r>
            <w:r w:rsidR="00A0792E"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C6C5AA04D5744E5397F5B4C02E599FEC"/>
                </w:placeholder>
                <w:showingPlcHdr/>
              </w:sdtPr>
              <w:sdtEndPr/>
              <w:sdtContent>
                <w:r w:rsidR="00CD745A"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525FA" w:rsidRPr="00260F73" w14:paraId="176303B5" w14:textId="77777777" w:rsidTr="00A0792E">
        <w:tc>
          <w:tcPr>
            <w:tcW w:w="2830" w:type="dxa"/>
            <w:vAlign w:val="center"/>
          </w:tcPr>
          <w:p w14:paraId="50053F71" w14:textId="65A68AAE" w:rsidR="008525FA" w:rsidRPr="00260F73" w:rsidRDefault="00CD745A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766196237"/>
            <w:placeholder>
              <w:docPart w:val="657845195F10471BB191FDF6254F450F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45FB9AC" w14:textId="2D45EB78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0F3FFF85" w14:textId="77777777" w:rsidTr="00A0792E">
        <w:tc>
          <w:tcPr>
            <w:tcW w:w="2830" w:type="dxa"/>
            <w:vAlign w:val="center"/>
          </w:tcPr>
          <w:p w14:paraId="4C91F2EC" w14:textId="6D80818A" w:rsidR="008525FA" w:rsidRPr="00260F73" w:rsidRDefault="00CD745A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211C1B" w14:textId="0510C58D" w:rsidR="008525FA" w:rsidRPr="00260F73" w:rsidRDefault="00CD745A" w:rsidP="002D7D98">
            <w:r w:rsidRPr="00260F73">
              <w:t xml:space="preserve">Yes </w:t>
            </w:r>
            <w:sdt>
              <w:sdtPr>
                <w:id w:val="209049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30328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46538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3C6DB542" w14:textId="77777777" w:rsidTr="00A0792E">
        <w:tc>
          <w:tcPr>
            <w:tcW w:w="2830" w:type="dxa"/>
            <w:vAlign w:val="center"/>
          </w:tcPr>
          <w:p w14:paraId="3B040F6A" w14:textId="721E8324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1609892518"/>
            <w:placeholder>
              <w:docPart w:val="4261ABEBA6024587BD9BFFA89B86CB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25D02023" w14:textId="60E95C39" w:rsidR="00CD745A" w:rsidRPr="00260F73" w:rsidRDefault="00CD745A" w:rsidP="002D7D9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:rsidRPr="00260F73" w14:paraId="46F6B3E4" w14:textId="77777777" w:rsidTr="00A0792E">
        <w:tc>
          <w:tcPr>
            <w:tcW w:w="2830" w:type="dxa"/>
            <w:vAlign w:val="center"/>
          </w:tcPr>
          <w:p w14:paraId="6ABC61BA" w14:textId="05A981FC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212185724"/>
            <w:placeholder>
              <w:docPart w:val="ECE4C47E07C843CCA2D7255597D077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57FE0445" w14:textId="66AEC1FD" w:rsidR="00CD745A" w:rsidRPr="00260F73" w:rsidRDefault="00CD745A" w:rsidP="002D7D9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525FA" w:rsidRPr="00260F73" w14:paraId="65E572C5" w14:textId="77777777" w:rsidTr="00A0792E">
        <w:tc>
          <w:tcPr>
            <w:tcW w:w="2830" w:type="dxa"/>
            <w:vAlign w:val="center"/>
          </w:tcPr>
          <w:p w14:paraId="098C6AF8" w14:textId="77777777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253A3E46" w14:textId="77777777" w:rsidR="008525FA" w:rsidRPr="00260F73" w:rsidRDefault="008525FA" w:rsidP="00CD745A"/>
        </w:tc>
        <w:sdt>
          <w:sdtPr>
            <w:id w:val="-2029861939"/>
            <w:placeholder>
              <w:docPart w:val="9444CF760006459A89EF2B7CE3AFF2D1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673DCAB" w14:textId="7BD41298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510BFC14" w14:textId="77777777" w:rsidTr="00A0792E">
        <w:tc>
          <w:tcPr>
            <w:tcW w:w="2830" w:type="dxa"/>
            <w:vAlign w:val="center"/>
          </w:tcPr>
          <w:p w14:paraId="53BD32ED" w14:textId="77777777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2E70E9ED" w14:textId="77777777" w:rsidR="008525FA" w:rsidRPr="00260F73" w:rsidRDefault="008525FA" w:rsidP="00CD745A"/>
        </w:tc>
        <w:sdt>
          <w:sdtPr>
            <w:id w:val="-719363920"/>
            <w:placeholder>
              <w:docPart w:val="A451D5A1F2414B9AB219F05CFB3EC45E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CCAF454" w14:textId="4840209E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39BC37AF" w14:textId="77777777" w:rsidTr="00A0792E">
        <w:tc>
          <w:tcPr>
            <w:tcW w:w="2830" w:type="dxa"/>
            <w:vAlign w:val="center"/>
          </w:tcPr>
          <w:p w14:paraId="53D262A2" w14:textId="3E26B4B9" w:rsidR="008525FA" w:rsidRPr="00260F73" w:rsidRDefault="00CD745A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912965953"/>
            <w:placeholder>
              <w:docPart w:val="E58E1C4CC73644419B96786849CD0414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91EB2BF" w14:textId="28F05A7B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07F3663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F4CCE51" w14:textId="1AFEBF49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093FA3A" w14:textId="50DD70BB" w:rsidR="00CD745A" w:rsidRPr="00260F73" w:rsidRDefault="00CD745A" w:rsidP="002D7D98">
            <w:r w:rsidRPr="00260F73"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2CA7D1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ED39AD" w14:textId="38EA8196" w:rsidR="00CD745A" w:rsidRPr="00260F73" w:rsidRDefault="00CD745A" w:rsidP="002D7D98"/>
        </w:tc>
      </w:tr>
      <w:tr w:rsidR="003713D2" w:rsidRPr="00260F73" w14:paraId="7FD5D7F1" w14:textId="77777777" w:rsidTr="0019370D">
        <w:tc>
          <w:tcPr>
            <w:tcW w:w="9350" w:type="dxa"/>
            <w:gridSpan w:val="2"/>
          </w:tcPr>
          <w:p w14:paraId="7A8FF5CE" w14:textId="2FA1BA73" w:rsidR="003713D2" w:rsidRPr="00260F73" w:rsidRDefault="003713D2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433701423"/>
                <w:placeholder>
                  <w:docPart w:val="D90A19DFEA52488BB99915162C93968C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713D2" w:rsidRPr="00260F73" w14:paraId="16B7DFA9" w14:textId="77777777" w:rsidTr="00A0792E">
        <w:tc>
          <w:tcPr>
            <w:tcW w:w="2830" w:type="dxa"/>
            <w:vAlign w:val="center"/>
          </w:tcPr>
          <w:p w14:paraId="49CA3F59" w14:textId="77777777" w:rsidR="003713D2" w:rsidRPr="00260F73" w:rsidRDefault="003713D2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1325551126"/>
            <w:placeholder>
              <w:docPart w:val="521563FD68FD43D5BA165673FF6D1378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6EED0A7A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9C2E69A" w14:textId="77777777" w:rsidTr="00A0792E">
        <w:tc>
          <w:tcPr>
            <w:tcW w:w="2830" w:type="dxa"/>
            <w:vAlign w:val="center"/>
          </w:tcPr>
          <w:p w14:paraId="270C1B41" w14:textId="77777777" w:rsidR="003713D2" w:rsidRPr="00260F73" w:rsidRDefault="003713D2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7E63AF" w14:textId="77777777" w:rsidR="003713D2" w:rsidRPr="00260F73" w:rsidRDefault="003713D2" w:rsidP="002D7D98">
            <w:r w:rsidRPr="00260F73">
              <w:t xml:space="preserve">Yes </w:t>
            </w:r>
            <w:sdt>
              <w:sdtPr>
                <w:id w:val="-114757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683555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305596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4BFF7EBF" w14:textId="77777777" w:rsidTr="00A0792E">
        <w:tc>
          <w:tcPr>
            <w:tcW w:w="2830" w:type="dxa"/>
            <w:vAlign w:val="center"/>
          </w:tcPr>
          <w:p w14:paraId="15155400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643635738"/>
            <w:placeholder>
              <w:docPart w:val="AE408CFFC6BA4AA5A655C4CB9E8D33B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6E44445C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713D2" w:rsidRPr="00260F73" w14:paraId="0535368D" w14:textId="77777777" w:rsidTr="00A0792E">
        <w:tc>
          <w:tcPr>
            <w:tcW w:w="2830" w:type="dxa"/>
            <w:vAlign w:val="center"/>
          </w:tcPr>
          <w:p w14:paraId="23AE5302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441984824"/>
            <w:placeholder>
              <w:docPart w:val="77C883E787A7487E8AC9A2460D0D612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71B34399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713D2" w:rsidRPr="00260F73" w14:paraId="3D0ACDE4" w14:textId="77777777" w:rsidTr="00A0792E">
        <w:tc>
          <w:tcPr>
            <w:tcW w:w="2830" w:type="dxa"/>
            <w:vAlign w:val="center"/>
          </w:tcPr>
          <w:p w14:paraId="657A7D56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27273C56" w14:textId="77777777" w:rsidR="003713D2" w:rsidRPr="00260F73" w:rsidRDefault="003713D2" w:rsidP="00CD745A"/>
        </w:tc>
        <w:sdt>
          <w:sdtPr>
            <w:id w:val="1649172040"/>
            <w:placeholder>
              <w:docPart w:val="EDFABB6305204921AB41714CDBEF1F2C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7427EE5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1D92BE2C" w14:textId="77777777" w:rsidTr="00A0792E">
        <w:tc>
          <w:tcPr>
            <w:tcW w:w="2830" w:type="dxa"/>
            <w:vAlign w:val="center"/>
          </w:tcPr>
          <w:p w14:paraId="62896E3B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4D56B56F" w14:textId="77777777" w:rsidR="003713D2" w:rsidRPr="00260F73" w:rsidRDefault="003713D2" w:rsidP="00CD745A"/>
        </w:tc>
        <w:sdt>
          <w:sdtPr>
            <w:id w:val="1017587781"/>
            <w:placeholder>
              <w:docPart w:val="39948876AF22424CB7ED2F5AF92F9C43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27B41A9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47F9E21" w14:textId="77777777" w:rsidTr="00A0792E">
        <w:tc>
          <w:tcPr>
            <w:tcW w:w="2830" w:type="dxa"/>
            <w:vAlign w:val="center"/>
          </w:tcPr>
          <w:p w14:paraId="2196664B" w14:textId="77777777" w:rsidR="003713D2" w:rsidRPr="00260F73" w:rsidRDefault="003713D2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630144458"/>
            <w:placeholder>
              <w:docPart w:val="4EEA29DA30454295831DD7CCFD08932C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1DF0997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4C98AF3D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2EE21B46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333D2A9E" w14:textId="77777777" w:rsidR="003713D2" w:rsidRPr="00260F73" w:rsidRDefault="003713D2" w:rsidP="002D7D98">
            <w:r w:rsidRPr="00260F73">
              <w:t xml:space="preserve">Yes </w:t>
            </w:r>
            <w:sdt>
              <w:sdtPr>
                <w:id w:val="-1299525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431714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226E0EB6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8787B6" w14:textId="6595671D" w:rsidR="003713D2" w:rsidRPr="00260F73" w:rsidRDefault="003713D2" w:rsidP="002D7D98"/>
        </w:tc>
      </w:tr>
      <w:tr w:rsidR="0034520A" w:rsidRPr="00260F73" w14:paraId="663FD7FA" w14:textId="77777777" w:rsidTr="0019370D">
        <w:tc>
          <w:tcPr>
            <w:tcW w:w="9350" w:type="dxa"/>
            <w:gridSpan w:val="2"/>
          </w:tcPr>
          <w:p w14:paraId="16340F68" w14:textId="054380AE" w:rsidR="0034520A" w:rsidRPr="00260F73" w:rsidRDefault="0034520A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074394644"/>
                <w:placeholder>
                  <w:docPart w:val="14D380108A714A54B553069EF8B9224B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4520A" w:rsidRPr="00260F73" w14:paraId="273163EA" w14:textId="77777777" w:rsidTr="00A0792E">
        <w:tc>
          <w:tcPr>
            <w:tcW w:w="2830" w:type="dxa"/>
            <w:vAlign w:val="center"/>
          </w:tcPr>
          <w:p w14:paraId="3A4D91CC" w14:textId="77777777" w:rsidR="0034520A" w:rsidRPr="00260F73" w:rsidRDefault="0034520A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-837236454"/>
            <w:placeholder>
              <w:docPart w:val="F3149B13A6144A888F402D180EC1C5EA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CDF223D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3B49C3D7" w14:textId="77777777" w:rsidTr="00A0792E">
        <w:tc>
          <w:tcPr>
            <w:tcW w:w="2830" w:type="dxa"/>
            <w:vAlign w:val="center"/>
          </w:tcPr>
          <w:p w14:paraId="2CD2D51C" w14:textId="77777777" w:rsidR="0034520A" w:rsidRPr="00260F73" w:rsidRDefault="0034520A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2F46697E" w14:textId="77777777" w:rsidR="0034520A" w:rsidRPr="00260F73" w:rsidRDefault="0034520A" w:rsidP="002D7D98">
            <w:r w:rsidRPr="00260F73">
              <w:t xml:space="preserve">Yes </w:t>
            </w:r>
            <w:sdt>
              <w:sdtPr>
                <w:id w:val="1498696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139491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2125061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4107F8CE" w14:textId="77777777" w:rsidTr="00A0792E">
        <w:tc>
          <w:tcPr>
            <w:tcW w:w="2830" w:type="dxa"/>
            <w:vAlign w:val="center"/>
          </w:tcPr>
          <w:p w14:paraId="17EAEA5F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1244150247"/>
            <w:placeholder>
              <w:docPart w:val="02A52E3B218548A69313079785DAC1F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2A2DFB21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4520A" w:rsidRPr="00260F73" w14:paraId="2AFA4C45" w14:textId="77777777" w:rsidTr="00A0792E">
        <w:tc>
          <w:tcPr>
            <w:tcW w:w="2830" w:type="dxa"/>
            <w:vAlign w:val="center"/>
          </w:tcPr>
          <w:p w14:paraId="69E0CC2D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491941407"/>
            <w:placeholder>
              <w:docPart w:val="1008B58E68024BACAFB867A714BA2C0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7005D647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4520A" w:rsidRPr="00260F73" w14:paraId="1CA44014" w14:textId="77777777" w:rsidTr="00A0792E">
        <w:tc>
          <w:tcPr>
            <w:tcW w:w="2830" w:type="dxa"/>
            <w:vAlign w:val="center"/>
          </w:tcPr>
          <w:p w14:paraId="5F4CAAE3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1B44ACAB" w14:textId="77777777" w:rsidR="0034520A" w:rsidRPr="00260F73" w:rsidRDefault="0034520A" w:rsidP="00CD745A"/>
        </w:tc>
        <w:sdt>
          <w:sdtPr>
            <w:id w:val="1946886095"/>
            <w:placeholder>
              <w:docPart w:val="C850C2647F9E4876A4CEA16AB936D193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4A0ECAC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5CABE959" w14:textId="77777777" w:rsidTr="00A0792E">
        <w:tc>
          <w:tcPr>
            <w:tcW w:w="2830" w:type="dxa"/>
            <w:vAlign w:val="center"/>
          </w:tcPr>
          <w:p w14:paraId="643AFE94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lastRenderedPageBreak/>
              <w:t>What was the measurable impact?</w:t>
            </w:r>
          </w:p>
          <w:p w14:paraId="46456043" w14:textId="77777777" w:rsidR="0034520A" w:rsidRPr="00260F73" w:rsidRDefault="0034520A" w:rsidP="00CD745A"/>
        </w:tc>
        <w:sdt>
          <w:sdtPr>
            <w:id w:val="-1619984552"/>
            <w:placeholder>
              <w:docPart w:val="02100737F25D4A0BBB60058BC4DBE10B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6E8AC4C7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32E088FD" w14:textId="77777777" w:rsidTr="00A0792E">
        <w:tc>
          <w:tcPr>
            <w:tcW w:w="2830" w:type="dxa"/>
            <w:vAlign w:val="center"/>
          </w:tcPr>
          <w:p w14:paraId="4A23DA44" w14:textId="77777777" w:rsidR="0034520A" w:rsidRPr="00260F73" w:rsidRDefault="0034520A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1174082630"/>
            <w:placeholder>
              <w:docPart w:val="CDB69D45F85A49EB9C04E47A72665C98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5C7941DC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1C26647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6AF4133F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309340B6" w14:textId="77777777" w:rsidR="0034520A" w:rsidRPr="00260F73" w:rsidRDefault="0034520A" w:rsidP="002D7D98">
            <w:r w:rsidRPr="00260F73">
              <w:t xml:space="preserve">Yes </w:t>
            </w:r>
            <w:sdt>
              <w:sdtPr>
                <w:id w:val="419684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622182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7E1996A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E883EC" w14:textId="58530DC1" w:rsidR="0034520A" w:rsidRPr="00260F73" w:rsidRDefault="0034520A" w:rsidP="002D7D98"/>
        </w:tc>
      </w:tr>
      <w:tr w:rsidR="0034520A" w:rsidRPr="00260F73" w14:paraId="27CD714A" w14:textId="77777777" w:rsidTr="0019370D">
        <w:tc>
          <w:tcPr>
            <w:tcW w:w="9350" w:type="dxa"/>
            <w:gridSpan w:val="2"/>
          </w:tcPr>
          <w:p w14:paraId="6D210BC5" w14:textId="71581BA4" w:rsidR="0034520A" w:rsidRPr="00260F73" w:rsidRDefault="0034520A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35589006"/>
                <w:placeholder>
                  <w:docPart w:val="3F36A35E921845CD80DB16EF2D142991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4520A" w:rsidRPr="00260F73" w14:paraId="6C0EB09E" w14:textId="77777777" w:rsidTr="00A0792E">
        <w:tc>
          <w:tcPr>
            <w:tcW w:w="2830" w:type="dxa"/>
            <w:vAlign w:val="center"/>
          </w:tcPr>
          <w:p w14:paraId="0F7FECF1" w14:textId="77777777" w:rsidR="0034520A" w:rsidRPr="00260F73" w:rsidRDefault="0034520A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471179454"/>
            <w:placeholder>
              <w:docPart w:val="F7068B50590F49D3B4974CE22765804C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9B190D9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48712A3B" w14:textId="77777777" w:rsidTr="00A0792E">
        <w:tc>
          <w:tcPr>
            <w:tcW w:w="2830" w:type="dxa"/>
            <w:vAlign w:val="center"/>
          </w:tcPr>
          <w:p w14:paraId="0A9A8ACC" w14:textId="77777777" w:rsidR="0034520A" w:rsidRPr="00260F73" w:rsidRDefault="0034520A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65CB6F13" w14:textId="77777777" w:rsidR="0034520A" w:rsidRPr="00260F73" w:rsidRDefault="0034520A" w:rsidP="002D7D98">
            <w:r w:rsidRPr="00260F73">
              <w:t xml:space="preserve">Yes </w:t>
            </w:r>
            <w:sdt>
              <w:sdtPr>
                <w:id w:val="-34657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984275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25943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76A55B0E" w14:textId="77777777" w:rsidTr="00A0792E">
        <w:tc>
          <w:tcPr>
            <w:tcW w:w="2830" w:type="dxa"/>
            <w:vAlign w:val="center"/>
          </w:tcPr>
          <w:p w14:paraId="386DFCB7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2138717719"/>
            <w:placeholder>
              <w:docPart w:val="F40715BA000149D89B210C0F325427B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6E84C5CE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4520A" w:rsidRPr="00260F73" w14:paraId="09FFCCC9" w14:textId="77777777" w:rsidTr="00A0792E">
        <w:tc>
          <w:tcPr>
            <w:tcW w:w="2830" w:type="dxa"/>
            <w:vAlign w:val="center"/>
          </w:tcPr>
          <w:p w14:paraId="40A32597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2057429259"/>
            <w:placeholder>
              <w:docPart w:val="9D5337F177E343349C448BE53E4B90C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4DE5F549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4520A" w:rsidRPr="00260F73" w14:paraId="6C6B54D1" w14:textId="77777777" w:rsidTr="00A0792E">
        <w:tc>
          <w:tcPr>
            <w:tcW w:w="2830" w:type="dxa"/>
            <w:vAlign w:val="center"/>
          </w:tcPr>
          <w:p w14:paraId="355FF7A3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3DAC0008" w14:textId="77777777" w:rsidR="0034520A" w:rsidRPr="00260F73" w:rsidRDefault="0034520A" w:rsidP="00CD745A"/>
        </w:tc>
        <w:sdt>
          <w:sdtPr>
            <w:id w:val="-553390296"/>
            <w:placeholder>
              <w:docPart w:val="015B9677F0BA4F62B004E92868B3FA86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0A8A0841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1FA9A135" w14:textId="77777777" w:rsidTr="00A0792E">
        <w:tc>
          <w:tcPr>
            <w:tcW w:w="2830" w:type="dxa"/>
            <w:vAlign w:val="center"/>
          </w:tcPr>
          <w:p w14:paraId="6CA1C066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145EE73E" w14:textId="77777777" w:rsidR="0034520A" w:rsidRPr="00260F73" w:rsidRDefault="0034520A" w:rsidP="00CD745A"/>
        </w:tc>
        <w:sdt>
          <w:sdtPr>
            <w:id w:val="996386704"/>
            <w:placeholder>
              <w:docPart w:val="66977C01DA24402D8935608B4B98B19B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7D9F571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32462EF4" w14:textId="77777777" w:rsidTr="00A0792E">
        <w:tc>
          <w:tcPr>
            <w:tcW w:w="2830" w:type="dxa"/>
            <w:vAlign w:val="center"/>
          </w:tcPr>
          <w:p w14:paraId="499A27B9" w14:textId="77777777" w:rsidR="0034520A" w:rsidRPr="00260F73" w:rsidRDefault="0034520A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-1351795327"/>
            <w:placeholder>
              <w:docPart w:val="D0F940C0F8AE44D08BC10ABAA283F353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9F2CA43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39E16BA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9840C79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69DF62E2" w14:textId="77777777" w:rsidR="0034520A" w:rsidRPr="00260F73" w:rsidRDefault="0034520A" w:rsidP="002D7D98">
            <w:r w:rsidRPr="00260F73">
              <w:t xml:space="preserve">Yes </w:t>
            </w:r>
            <w:sdt>
              <w:sdtPr>
                <w:id w:val="-1061101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231016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3963B098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EB4FDE" w14:textId="392F9446" w:rsidR="0034520A" w:rsidRPr="00260F73" w:rsidRDefault="0034520A" w:rsidP="002D7D98"/>
        </w:tc>
      </w:tr>
      <w:tr w:rsidR="0034520A" w:rsidRPr="00260F73" w14:paraId="061124A9" w14:textId="77777777" w:rsidTr="0019370D">
        <w:tc>
          <w:tcPr>
            <w:tcW w:w="9350" w:type="dxa"/>
            <w:gridSpan w:val="2"/>
          </w:tcPr>
          <w:p w14:paraId="731EF7B1" w14:textId="53898554" w:rsidR="0034520A" w:rsidRPr="00260F73" w:rsidRDefault="0034520A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443844540"/>
                <w:placeholder>
                  <w:docPart w:val="B5888D7E51B94BDEB7A797FC029DF0D0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4520A" w:rsidRPr="00260F73" w14:paraId="5FCB80D6" w14:textId="77777777" w:rsidTr="00A0792E">
        <w:tc>
          <w:tcPr>
            <w:tcW w:w="2830" w:type="dxa"/>
            <w:vAlign w:val="center"/>
          </w:tcPr>
          <w:p w14:paraId="5AB81579" w14:textId="77777777" w:rsidR="0034520A" w:rsidRPr="00260F73" w:rsidRDefault="0034520A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321550034"/>
            <w:placeholder>
              <w:docPart w:val="0BCF958E8C5E46F1A639E89F745A047C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631CB7FE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1357C831" w14:textId="77777777" w:rsidTr="00A0792E">
        <w:tc>
          <w:tcPr>
            <w:tcW w:w="2830" w:type="dxa"/>
            <w:vAlign w:val="center"/>
          </w:tcPr>
          <w:p w14:paraId="1D1A6B5C" w14:textId="77777777" w:rsidR="0034520A" w:rsidRPr="00260F73" w:rsidRDefault="0034520A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9956531" w14:textId="77777777" w:rsidR="0034520A" w:rsidRPr="00260F73" w:rsidRDefault="0034520A" w:rsidP="002D7D98">
            <w:r w:rsidRPr="00260F73">
              <w:t xml:space="preserve">Yes </w:t>
            </w:r>
            <w:sdt>
              <w:sdtPr>
                <w:id w:val="-1175415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44590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485366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50E6313A" w14:textId="77777777" w:rsidTr="00A0792E">
        <w:tc>
          <w:tcPr>
            <w:tcW w:w="2830" w:type="dxa"/>
            <w:vAlign w:val="center"/>
          </w:tcPr>
          <w:p w14:paraId="29A7CCE7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334578027"/>
            <w:placeholder>
              <w:docPart w:val="327A03E0DD24434796968B012CD9E34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256C903D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4520A" w:rsidRPr="00260F73" w14:paraId="2F2473BD" w14:textId="77777777" w:rsidTr="00A0792E">
        <w:tc>
          <w:tcPr>
            <w:tcW w:w="2830" w:type="dxa"/>
            <w:vAlign w:val="center"/>
          </w:tcPr>
          <w:p w14:paraId="29FB5956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99725529"/>
            <w:placeholder>
              <w:docPart w:val="A4E25CFE0B6B4CABA37120E23ECBC6E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2A9EF4DC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4520A" w:rsidRPr="00260F73" w14:paraId="776330EE" w14:textId="77777777" w:rsidTr="00A0792E">
        <w:tc>
          <w:tcPr>
            <w:tcW w:w="2830" w:type="dxa"/>
            <w:vAlign w:val="center"/>
          </w:tcPr>
          <w:p w14:paraId="2478EF01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4E75CEEE" w14:textId="77777777" w:rsidR="0034520A" w:rsidRPr="00260F73" w:rsidRDefault="0034520A" w:rsidP="00CD745A"/>
        </w:tc>
        <w:sdt>
          <w:sdtPr>
            <w:id w:val="-236630549"/>
            <w:placeholder>
              <w:docPart w:val="5B1B67AE2C22493689508F2814CF0D44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8906AF0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419A898F" w14:textId="77777777" w:rsidTr="00A0792E">
        <w:tc>
          <w:tcPr>
            <w:tcW w:w="2830" w:type="dxa"/>
            <w:vAlign w:val="center"/>
          </w:tcPr>
          <w:p w14:paraId="3359200F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7D2FB431" w14:textId="77777777" w:rsidR="0034520A" w:rsidRPr="00260F73" w:rsidRDefault="0034520A" w:rsidP="00CD745A"/>
        </w:tc>
        <w:sdt>
          <w:sdtPr>
            <w:id w:val="2004615058"/>
            <w:placeholder>
              <w:docPart w:val="79ACF1B8CA7346B4A3F8C8FA6D7016C6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A20A65A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5457B147" w14:textId="77777777" w:rsidTr="00A0792E">
        <w:tc>
          <w:tcPr>
            <w:tcW w:w="2830" w:type="dxa"/>
            <w:vAlign w:val="center"/>
          </w:tcPr>
          <w:p w14:paraId="609C1BFF" w14:textId="77777777" w:rsidR="0034520A" w:rsidRPr="00260F73" w:rsidRDefault="0034520A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-5982589"/>
            <w:placeholder>
              <w:docPart w:val="1C79068F6A88457FA542492F3FAE4D44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5FEAF8CD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4B9B3205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338E4B5" w14:textId="77777777" w:rsidR="0034520A" w:rsidRPr="00260F73" w:rsidRDefault="0034520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78AACD84" w14:textId="77777777" w:rsidR="0034520A" w:rsidRPr="00260F73" w:rsidRDefault="0034520A" w:rsidP="002D7D98">
            <w:r w:rsidRPr="00260F73">
              <w:t xml:space="preserve">Yes </w:t>
            </w:r>
            <w:sdt>
              <w:sdtPr>
                <w:id w:val="789708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88243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33208F3D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DAC768" w14:textId="09EFD4D4" w:rsidR="0034520A" w:rsidRPr="00260F73" w:rsidRDefault="0034520A" w:rsidP="002D7D98"/>
        </w:tc>
      </w:tr>
    </w:tbl>
    <w:p w14:paraId="4B13E1C0" w14:textId="77777777" w:rsidR="008525FA" w:rsidRPr="00260F73" w:rsidRDefault="008525FA" w:rsidP="002D7D98"/>
    <w:p w14:paraId="16155EEC" w14:textId="77777777" w:rsidR="00214ECC" w:rsidRPr="00260F73" w:rsidRDefault="003729FB">
      <w:pPr>
        <w:pStyle w:val="Heading1"/>
      </w:pPr>
      <w:r w:rsidRPr="00260F73">
        <w:lastRenderedPageBreak/>
        <w:t>Research &amp; Publications</w:t>
      </w:r>
    </w:p>
    <w:p w14:paraId="62DC2938" w14:textId="77777777" w:rsidR="000A5F58" w:rsidRPr="002D7D98" w:rsidRDefault="000A5F58" w:rsidP="000A5F58">
      <w:r>
        <w:t>Please list your top 4 Publications, Oral Presentations, Posters, Ongoing research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:rsidRPr="00260F73" w14:paraId="6F75DC21" w14:textId="77777777" w:rsidTr="00695860">
        <w:tc>
          <w:tcPr>
            <w:tcW w:w="9350" w:type="dxa"/>
            <w:gridSpan w:val="2"/>
          </w:tcPr>
          <w:p w14:paraId="59BAD478" w14:textId="31691C4C" w:rsidR="00CD745A" w:rsidRPr="00015574" w:rsidRDefault="000A5F58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Title of item</w:t>
            </w:r>
            <w:r w:rsidR="00CD745A" w:rsidRPr="00015574">
              <w:rPr>
                <w:rFonts w:cs="Calibri"/>
                <w:b/>
                <w:bCs/>
                <w:szCs w:val="24"/>
              </w:rPr>
              <w:t xml:space="preserve">: </w:t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870296156"/>
                <w:placeholder>
                  <w:docPart w:val="CA4E4ABAE5DA465E97A6237A7809538C"/>
                </w:placeholder>
                <w:showingPlcHdr/>
              </w:sdtPr>
              <w:sdtEndPr/>
              <w:sdtContent>
                <w:r w:rsidR="00CD745A"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CD745A" w:rsidRPr="00260F73" w14:paraId="769739CE" w14:textId="77777777" w:rsidTr="00CD745A">
        <w:tc>
          <w:tcPr>
            <w:tcW w:w="2723" w:type="dxa"/>
            <w:vAlign w:val="center"/>
          </w:tcPr>
          <w:p w14:paraId="178AC458" w14:textId="5D1CCCAF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87663669"/>
            <w:placeholder>
              <w:docPart w:val="156AE4FD73954CA688AAE317B321396B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19B1C3D" w14:textId="3D84B99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15DA0842" w14:textId="77777777" w:rsidTr="00CD745A">
        <w:tc>
          <w:tcPr>
            <w:tcW w:w="2723" w:type="dxa"/>
            <w:vAlign w:val="center"/>
          </w:tcPr>
          <w:p w14:paraId="22919863" w14:textId="34E53D17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132510190"/>
            <w:placeholder>
              <w:docPart w:val="6D5A277E4DAE4119840AF2E2D970FC5F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68FCDE1" w14:textId="3348A05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5D715A34" w14:textId="77777777" w:rsidTr="00CD745A">
        <w:tc>
          <w:tcPr>
            <w:tcW w:w="2723" w:type="dxa"/>
            <w:vAlign w:val="center"/>
          </w:tcPr>
          <w:p w14:paraId="687B8572" w14:textId="210F1637" w:rsidR="00CD745A" w:rsidRPr="00446759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DOI link </w:t>
            </w:r>
            <w:r w:rsidR="00015574" w:rsidRPr="00015574">
              <w:rPr>
                <w:rFonts w:cs="Calibri"/>
                <w:b/>
                <w:bCs/>
                <w:szCs w:val="24"/>
              </w:rPr>
              <w:t>(</w:t>
            </w:r>
            <w:r w:rsidRPr="00015574">
              <w:rPr>
                <w:rFonts w:cs="Calibri"/>
                <w:b/>
                <w:bCs/>
                <w:szCs w:val="24"/>
              </w:rPr>
              <w:t>where applicable</w:t>
            </w:r>
            <w:r w:rsidR="00015574" w:rsidRPr="00015574">
              <w:rPr>
                <w:rFonts w:cs="Calibri"/>
                <w:b/>
                <w:bCs/>
                <w:szCs w:val="24"/>
              </w:rPr>
              <w:t>)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81088364"/>
            <w:placeholder>
              <w:docPart w:val="586FFECF142C4598987272C037E4807A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5BB4C77" w14:textId="59DC1FA6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7E170BE8" w14:textId="77777777" w:rsidTr="00CD745A">
        <w:tc>
          <w:tcPr>
            <w:tcW w:w="2723" w:type="dxa"/>
            <w:vAlign w:val="center"/>
          </w:tcPr>
          <w:p w14:paraId="609E6916" w14:textId="5AD3F0BB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721250372"/>
            <w:placeholder>
              <w:docPart w:val="0FB6E5FECABF45829BB384A56029A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383255EC" w14:textId="595583B5" w:rsidR="00CD745A" w:rsidRPr="00260F73" w:rsidRDefault="00CD745A" w:rsidP="00C7253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:rsidRPr="00260F73" w14:paraId="4F9E7C13" w14:textId="77777777" w:rsidTr="00CD745A">
        <w:tc>
          <w:tcPr>
            <w:tcW w:w="2723" w:type="dxa"/>
            <w:vAlign w:val="center"/>
          </w:tcPr>
          <w:p w14:paraId="5530C6EE" w14:textId="4E8D55D8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4B4C77D8" w14:textId="617357C6" w:rsidR="00CD745A" w:rsidRPr="00260F73" w:rsidRDefault="00CD745A" w:rsidP="00CD745A">
            <w:r w:rsidRPr="00260F73">
              <w:t xml:space="preserve">Complete  </w:t>
            </w:r>
            <w:sdt>
              <w:sdtPr>
                <w:id w:val="156683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398199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C2CDB46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AF9FBD7" w14:textId="2CFFB4CF" w:rsidR="00CD745A" w:rsidRPr="00015574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33F3DA5" w14:textId="295D5213" w:rsidR="00CD745A" w:rsidRPr="00260F73" w:rsidRDefault="00CD745A" w:rsidP="00CD745A">
            <w:r w:rsidRPr="00260F73">
              <w:t xml:space="preserve">Yes </w:t>
            </w:r>
            <w:sdt>
              <w:sdtPr>
                <w:id w:val="-181609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08090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C942432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F3430" w14:textId="77777777" w:rsidR="00CD745A" w:rsidRPr="00260F73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1F1C1" w14:textId="60CB316B" w:rsidR="00CD745A" w:rsidRPr="00260F73" w:rsidRDefault="00CD745A" w:rsidP="00CD745A"/>
        </w:tc>
      </w:tr>
      <w:tr w:rsidR="003713D2" w:rsidRPr="00260F73" w14:paraId="5A7BC055" w14:textId="77777777" w:rsidTr="00695860">
        <w:tc>
          <w:tcPr>
            <w:tcW w:w="9350" w:type="dxa"/>
            <w:gridSpan w:val="2"/>
          </w:tcPr>
          <w:p w14:paraId="08164C5A" w14:textId="4C47A029" w:rsidR="003713D2" w:rsidRPr="00015574" w:rsidRDefault="003713D2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947045306"/>
                <w:placeholder>
                  <w:docPart w:val="2636CEBDA55446F2B898CE82D65A7F19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3713D2" w:rsidRPr="00260F73" w14:paraId="2145186D" w14:textId="77777777" w:rsidTr="00CD745A">
        <w:tc>
          <w:tcPr>
            <w:tcW w:w="2723" w:type="dxa"/>
            <w:vAlign w:val="center"/>
          </w:tcPr>
          <w:p w14:paraId="588E5A17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44719331"/>
            <w:placeholder>
              <w:docPart w:val="B1AD7A19AFD34107A93F340107E987C9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822FCB2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43DB2023" w14:textId="77777777" w:rsidTr="00CD745A">
        <w:tc>
          <w:tcPr>
            <w:tcW w:w="2723" w:type="dxa"/>
            <w:vAlign w:val="center"/>
          </w:tcPr>
          <w:p w14:paraId="72C6C651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706710911"/>
            <w:placeholder>
              <w:docPart w:val="886A75EF89754CCCA94133C3ED148370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EB2FE85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F06F30B" w14:textId="77777777" w:rsidTr="00CD745A">
        <w:tc>
          <w:tcPr>
            <w:tcW w:w="2723" w:type="dxa"/>
            <w:vAlign w:val="center"/>
          </w:tcPr>
          <w:p w14:paraId="486CC72A" w14:textId="77777777" w:rsidR="003713D2" w:rsidRPr="00446759" w:rsidRDefault="003713D2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012066124"/>
            <w:placeholder>
              <w:docPart w:val="5ED57F54BA834AB1B5607992871117D0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021780B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5F6EF2A" w14:textId="77777777" w:rsidTr="00CD745A">
        <w:tc>
          <w:tcPr>
            <w:tcW w:w="2723" w:type="dxa"/>
            <w:vAlign w:val="center"/>
          </w:tcPr>
          <w:p w14:paraId="78A6DDE9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295063232"/>
            <w:placeholder>
              <w:docPart w:val="6DFABCABA0B9461DA7D3E68645D5FAB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349C29A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713D2" w:rsidRPr="00260F73" w14:paraId="2A30D7E1" w14:textId="77777777" w:rsidTr="00CD745A">
        <w:tc>
          <w:tcPr>
            <w:tcW w:w="2723" w:type="dxa"/>
            <w:vAlign w:val="center"/>
          </w:tcPr>
          <w:p w14:paraId="4D4215FE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7B529526" w14:textId="77777777" w:rsidR="003713D2" w:rsidRPr="00260F73" w:rsidRDefault="003713D2" w:rsidP="00CD745A">
            <w:r w:rsidRPr="00260F73">
              <w:t xml:space="preserve">Complete  </w:t>
            </w:r>
            <w:sdt>
              <w:sdtPr>
                <w:id w:val="1216557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632467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270147D2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ED69CFE" w14:textId="77777777" w:rsidR="003713D2" w:rsidRPr="00015574" w:rsidRDefault="003713D2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A519656" w14:textId="77777777" w:rsidR="003713D2" w:rsidRPr="00260F73" w:rsidRDefault="003713D2" w:rsidP="00CD745A">
            <w:r w:rsidRPr="00260F73">
              <w:t xml:space="preserve">Yes </w:t>
            </w:r>
            <w:sdt>
              <w:sdtPr>
                <w:id w:val="-564799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728506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5C9E775F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2D1063" w14:textId="77777777" w:rsidR="003713D2" w:rsidRPr="00260F73" w:rsidRDefault="003713D2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DAA2A6" w14:textId="781B598E" w:rsidR="003713D2" w:rsidRPr="00260F73" w:rsidRDefault="003713D2" w:rsidP="00CD745A"/>
        </w:tc>
      </w:tr>
      <w:tr w:rsidR="0034520A" w:rsidRPr="00260F73" w14:paraId="7757FB2C" w14:textId="77777777" w:rsidTr="00695860">
        <w:tc>
          <w:tcPr>
            <w:tcW w:w="9350" w:type="dxa"/>
            <w:gridSpan w:val="2"/>
          </w:tcPr>
          <w:p w14:paraId="58D826DE" w14:textId="42CA5737" w:rsidR="0034520A" w:rsidRPr="00015574" w:rsidRDefault="0034520A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281148607"/>
                <w:placeholder>
                  <w:docPart w:val="1E3272941C9A42FBAFBE9C5840DE2FC5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34520A" w:rsidRPr="00260F73" w14:paraId="678EC616" w14:textId="77777777" w:rsidTr="00CD745A">
        <w:tc>
          <w:tcPr>
            <w:tcW w:w="2723" w:type="dxa"/>
            <w:vAlign w:val="center"/>
          </w:tcPr>
          <w:p w14:paraId="054BC6BE" w14:textId="77777777" w:rsidR="0034520A" w:rsidRPr="00015574" w:rsidRDefault="0034520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441148648"/>
            <w:placeholder>
              <w:docPart w:val="73826EDB96EE4613AA3FCF7B97A73997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7140EF6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51A5E286" w14:textId="77777777" w:rsidTr="00CD745A">
        <w:tc>
          <w:tcPr>
            <w:tcW w:w="2723" w:type="dxa"/>
            <w:vAlign w:val="center"/>
          </w:tcPr>
          <w:p w14:paraId="6B522836" w14:textId="77777777" w:rsidR="0034520A" w:rsidRPr="00015574" w:rsidRDefault="0034520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72031898"/>
            <w:placeholder>
              <w:docPart w:val="D108C319F8654DB2A0DE4ED73C0B7C93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9DD80E0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01EE7428" w14:textId="77777777" w:rsidTr="00CD745A">
        <w:tc>
          <w:tcPr>
            <w:tcW w:w="2723" w:type="dxa"/>
            <w:vAlign w:val="center"/>
          </w:tcPr>
          <w:p w14:paraId="63EFFDA7" w14:textId="77777777" w:rsidR="0034520A" w:rsidRPr="00446759" w:rsidRDefault="0034520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643192161"/>
            <w:placeholder>
              <w:docPart w:val="45537FF9817647B68B529D2732C6C516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08E2DABF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364FB5B4" w14:textId="77777777" w:rsidTr="00CD745A">
        <w:tc>
          <w:tcPr>
            <w:tcW w:w="2723" w:type="dxa"/>
            <w:vAlign w:val="center"/>
          </w:tcPr>
          <w:p w14:paraId="33EAE0CC" w14:textId="77777777" w:rsidR="0034520A" w:rsidRPr="00015574" w:rsidRDefault="0034520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779641821"/>
            <w:placeholder>
              <w:docPart w:val="40F714731E0649CDBFDBAC64ACE6E5F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54BEC9C7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4520A" w:rsidRPr="00260F73" w14:paraId="08535DA3" w14:textId="77777777" w:rsidTr="00CD745A">
        <w:tc>
          <w:tcPr>
            <w:tcW w:w="2723" w:type="dxa"/>
            <w:vAlign w:val="center"/>
          </w:tcPr>
          <w:p w14:paraId="2AFA8F23" w14:textId="77777777" w:rsidR="0034520A" w:rsidRPr="00015574" w:rsidRDefault="0034520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6951F5E6" w14:textId="77777777" w:rsidR="0034520A" w:rsidRPr="00260F73" w:rsidRDefault="0034520A" w:rsidP="00CD745A">
            <w:r w:rsidRPr="00260F73">
              <w:t xml:space="preserve">Complete  </w:t>
            </w:r>
            <w:sdt>
              <w:sdtPr>
                <w:id w:val="-188229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93441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2C22BDFE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013BEAF8" w14:textId="77777777" w:rsidR="0034520A" w:rsidRPr="00015574" w:rsidRDefault="0034520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2B1DAC5" w14:textId="77777777" w:rsidR="0034520A" w:rsidRPr="00260F73" w:rsidRDefault="0034520A" w:rsidP="00CD745A">
            <w:r w:rsidRPr="00260F73">
              <w:t xml:space="preserve">Yes </w:t>
            </w:r>
            <w:sdt>
              <w:sdtPr>
                <w:id w:val="1040243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981217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6DE56E70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DF730B" w14:textId="77777777" w:rsidR="0034520A" w:rsidRPr="00260F73" w:rsidRDefault="0034520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4D488F" w14:textId="178ACC3F" w:rsidR="0034520A" w:rsidRPr="00260F73" w:rsidRDefault="0034520A" w:rsidP="00CD745A"/>
        </w:tc>
      </w:tr>
      <w:tr w:rsidR="0034520A" w:rsidRPr="00260F73" w14:paraId="70B7C573" w14:textId="77777777" w:rsidTr="00695860">
        <w:tc>
          <w:tcPr>
            <w:tcW w:w="9350" w:type="dxa"/>
            <w:gridSpan w:val="2"/>
          </w:tcPr>
          <w:p w14:paraId="44118F6B" w14:textId="6D806F32" w:rsidR="0034520A" w:rsidRPr="00015574" w:rsidRDefault="0034520A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lastRenderedPageBreak/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559482797"/>
                <w:placeholder>
                  <w:docPart w:val="52389ED8B008450CA4778B1F2DF9C218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34520A" w:rsidRPr="00260F73" w14:paraId="0A0F7C07" w14:textId="77777777" w:rsidTr="00CD745A">
        <w:tc>
          <w:tcPr>
            <w:tcW w:w="2723" w:type="dxa"/>
            <w:vAlign w:val="center"/>
          </w:tcPr>
          <w:p w14:paraId="551EB4DA" w14:textId="77777777" w:rsidR="0034520A" w:rsidRPr="00015574" w:rsidRDefault="0034520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47302730"/>
            <w:placeholder>
              <w:docPart w:val="A0D81D9C48914496872D73718254846B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60CF494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4D02BCDF" w14:textId="77777777" w:rsidTr="00CD745A">
        <w:tc>
          <w:tcPr>
            <w:tcW w:w="2723" w:type="dxa"/>
            <w:vAlign w:val="center"/>
          </w:tcPr>
          <w:p w14:paraId="0F15DD1B" w14:textId="77777777" w:rsidR="0034520A" w:rsidRPr="00015574" w:rsidRDefault="0034520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758894946"/>
            <w:placeholder>
              <w:docPart w:val="78C45C1231A34000A2E6EA6C0FBB78F4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54D01000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41D71861" w14:textId="77777777" w:rsidTr="00CD745A">
        <w:tc>
          <w:tcPr>
            <w:tcW w:w="2723" w:type="dxa"/>
            <w:vAlign w:val="center"/>
          </w:tcPr>
          <w:p w14:paraId="7D148DED" w14:textId="77777777" w:rsidR="0034520A" w:rsidRPr="00446759" w:rsidRDefault="0034520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358775824"/>
            <w:placeholder>
              <w:docPart w:val="189BAA0F21EE401AA4E4AEF255764DCB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895B1EA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0DAA45C1" w14:textId="77777777" w:rsidTr="00CD745A">
        <w:tc>
          <w:tcPr>
            <w:tcW w:w="2723" w:type="dxa"/>
            <w:vAlign w:val="center"/>
          </w:tcPr>
          <w:p w14:paraId="73CF07D1" w14:textId="77777777" w:rsidR="0034520A" w:rsidRPr="00015574" w:rsidRDefault="0034520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61606360"/>
            <w:placeholder>
              <w:docPart w:val="D087DF6DF0F841CB9A70E144A5BC2E2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686BE12C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4520A" w:rsidRPr="00260F73" w14:paraId="7C35DBC4" w14:textId="77777777" w:rsidTr="00CD745A">
        <w:tc>
          <w:tcPr>
            <w:tcW w:w="2723" w:type="dxa"/>
            <w:vAlign w:val="center"/>
          </w:tcPr>
          <w:p w14:paraId="5842BEC0" w14:textId="77777777" w:rsidR="0034520A" w:rsidRPr="00015574" w:rsidRDefault="0034520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139CAA16" w14:textId="77777777" w:rsidR="0034520A" w:rsidRPr="00260F73" w:rsidRDefault="0034520A" w:rsidP="00CD745A">
            <w:r w:rsidRPr="00260F73">
              <w:t xml:space="preserve">Complete  </w:t>
            </w:r>
            <w:sdt>
              <w:sdtPr>
                <w:id w:val="-1591845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834055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5DEC99FC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393CDCDF" w14:textId="77777777" w:rsidR="0034520A" w:rsidRPr="00015574" w:rsidRDefault="0034520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6EF23BCA" w14:textId="77777777" w:rsidR="0034520A" w:rsidRPr="00260F73" w:rsidRDefault="0034520A" w:rsidP="00CD745A">
            <w:r w:rsidRPr="00260F73">
              <w:t xml:space="preserve">Yes </w:t>
            </w:r>
            <w:sdt>
              <w:sdtPr>
                <w:id w:val="1306361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206102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65B0BA8C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DC3E13" w14:textId="77777777" w:rsidR="0034520A" w:rsidRPr="00260F73" w:rsidRDefault="0034520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463D77" w14:textId="4E6FC86F" w:rsidR="0034520A" w:rsidRPr="00260F73" w:rsidRDefault="0034520A" w:rsidP="00CD745A"/>
        </w:tc>
      </w:tr>
    </w:tbl>
    <w:p w14:paraId="1CCFE10C" w14:textId="77777777" w:rsidR="0034520A" w:rsidRDefault="0034520A">
      <w:pPr>
        <w:pStyle w:val="Heading1"/>
      </w:pPr>
    </w:p>
    <w:p w14:paraId="10E429C9" w14:textId="77777777" w:rsidR="0034520A" w:rsidRDefault="0034520A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1499F46" w14:textId="6DF952A3" w:rsidR="00214ECC" w:rsidRPr="00260F73" w:rsidRDefault="003729FB">
      <w:pPr>
        <w:pStyle w:val="Heading1"/>
      </w:pPr>
      <w:r w:rsidRPr="00260F73">
        <w:lastRenderedPageBreak/>
        <w:t xml:space="preserve">Teaching </w:t>
      </w:r>
      <w:r w:rsidR="00015574">
        <w:t>e</w:t>
      </w:r>
      <w:r w:rsidRPr="00260F73">
        <w:t>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:rsidRPr="00260F73" w14:paraId="66F7ED9E" w14:textId="77777777" w:rsidTr="00A0792E">
        <w:tc>
          <w:tcPr>
            <w:tcW w:w="2689" w:type="dxa"/>
          </w:tcPr>
          <w:p w14:paraId="1ADD563F" w14:textId="27FE7D4E" w:rsidR="00E9708F" w:rsidRPr="00260F73" w:rsidRDefault="00E9708F">
            <w:r w:rsidRPr="00260F73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7041F98D97294F33B27DB409BE8E34F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8426A61" w14:textId="6DC414F8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3B740C1B" w14:textId="77777777" w:rsidTr="00A0792E">
        <w:tc>
          <w:tcPr>
            <w:tcW w:w="2689" w:type="dxa"/>
          </w:tcPr>
          <w:p w14:paraId="5063B332" w14:textId="5483306F" w:rsidR="00E9708F" w:rsidRPr="00260F73" w:rsidRDefault="00E9708F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73AB6D1D873F4738BF61AE697637871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BDE551D" w14:textId="5EDF4BE1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66CA38CE" w14:textId="77777777" w:rsidTr="00A0792E">
        <w:tc>
          <w:tcPr>
            <w:tcW w:w="2689" w:type="dxa"/>
          </w:tcPr>
          <w:p w14:paraId="6E014817" w14:textId="4BF4295B" w:rsidR="00E9708F" w:rsidRPr="00260F73" w:rsidRDefault="00E9708F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520891A0A4C04E9D9F8A8F3644975CB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23783DB" w14:textId="2A8EDBCC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37EA1DB7" w14:textId="77777777" w:rsidTr="00A0792E">
        <w:tc>
          <w:tcPr>
            <w:tcW w:w="2689" w:type="dxa"/>
          </w:tcPr>
          <w:p w14:paraId="287584B0" w14:textId="77777777" w:rsidR="00E9708F" w:rsidRPr="00260F73" w:rsidRDefault="00E9708F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6F22547" w14:textId="77777777" w:rsidR="00E9708F" w:rsidRPr="00260F73" w:rsidRDefault="00E9708F"/>
        </w:tc>
        <w:sdt>
          <w:sdtPr>
            <w:id w:val="206851474"/>
            <w:placeholder>
              <w:docPart w:val="C582574595EA444189787F4DFB8EE37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28D0AF4" w14:textId="14E793E1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4B70A0A3" w14:textId="77777777" w:rsidTr="00A0792E">
        <w:tc>
          <w:tcPr>
            <w:tcW w:w="2689" w:type="dxa"/>
          </w:tcPr>
          <w:p w14:paraId="2B82BE9D" w14:textId="190108BB" w:rsidR="00E9708F" w:rsidRPr="00260F73" w:rsidRDefault="00E9708F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D74B4D" w14:textId="3CBD99A1" w:rsidR="00E9708F" w:rsidRPr="00260F73" w:rsidRDefault="00E9708F">
            <w:r w:rsidRPr="00260F73">
              <w:t xml:space="preserve">Complete  </w:t>
            </w:r>
            <w:sdt>
              <w:sdtPr>
                <w:id w:val="177805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81988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:rsidRPr="00260F73" w14:paraId="605DD3C8" w14:textId="77777777" w:rsidTr="00A0792E">
        <w:tc>
          <w:tcPr>
            <w:tcW w:w="2689" w:type="dxa"/>
          </w:tcPr>
          <w:p w14:paraId="3ACF7AFC" w14:textId="2D9BB58C" w:rsidR="00E9708F" w:rsidRPr="00260F73" w:rsidRDefault="00E9708F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55670920D67C4481B676B57D42BEF39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4ADF35B" w14:textId="075D342D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63645DE6" w14:textId="77777777" w:rsidTr="00A0792E">
        <w:tc>
          <w:tcPr>
            <w:tcW w:w="2689" w:type="dxa"/>
          </w:tcPr>
          <w:p w14:paraId="217F5DEE" w14:textId="4811679C" w:rsidR="00015574" w:rsidRPr="00260F73" w:rsidRDefault="00015574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1523505239"/>
            <w:placeholder>
              <w:docPart w:val="0D0E7F21F7C74B9EB2B3FE75BF17E85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E433566" w14:textId="7A15B923" w:rsidR="00015574" w:rsidRPr="00260F73" w:rsidRDefault="00015574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E9708F" w:rsidRPr="00260F73" w14:paraId="566A204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19B54C1" w14:textId="25B16C01" w:rsidR="00E9708F" w:rsidRPr="00260F73" w:rsidRDefault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F0F3B7F" w14:textId="318FBCA3" w:rsidR="00E9708F" w:rsidRPr="00260F73" w:rsidRDefault="00E9708F">
            <w:r w:rsidRPr="00260F73">
              <w:t xml:space="preserve">Yes </w:t>
            </w:r>
            <w:sdt>
              <w:sdtPr>
                <w:id w:val="10176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2949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:rsidRPr="00260F73" w14:paraId="3B48CE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6886" w14:textId="4FAF8795" w:rsidR="00E9708F" w:rsidRPr="00260F73" w:rsidRDefault="00E9708F"/>
        </w:tc>
      </w:tr>
      <w:tr w:rsidR="003713D2" w:rsidRPr="00260F73" w14:paraId="60A6C45B" w14:textId="77777777" w:rsidTr="00A0792E">
        <w:tc>
          <w:tcPr>
            <w:tcW w:w="2689" w:type="dxa"/>
          </w:tcPr>
          <w:p w14:paraId="6E46C46E" w14:textId="37E9BE66" w:rsidR="003713D2" w:rsidRPr="00260F73" w:rsidRDefault="003713D2">
            <w:r w:rsidRPr="00260F73">
              <w:rPr>
                <w:b/>
                <w:bCs/>
              </w:rPr>
              <w:t>Role</w:t>
            </w:r>
          </w:p>
        </w:tc>
        <w:sdt>
          <w:sdtPr>
            <w:id w:val="-683367350"/>
            <w:placeholder>
              <w:docPart w:val="9F98BD6A7E484DF08110B1C4E624D3D0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BEA901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0734555" w14:textId="77777777" w:rsidTr="00A0792E">
        <w:tc>
          <w:tcPr>
            <w:tcW w:w="2689" w:type="dxa"/>
          </w:tcPr>
          <w:p w14:paraId="78C7B684" w14:textId="77777777" w:rsidR="003713D2" w:rsidRPr="00260F73" w:rsidRDefault="003713D2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31882914"/>
            <w:placeholder>
              <w:docPart w:val="233C5AFA5E7E4902A9BB228B214E5792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0B1CF8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2FB98C1F" w14:textId="77777777" w:rsidTr="00A0792E">
        <w:tc>
          <w:tcPr>
            <w:tcW w:w="2689" w:type="dxa"/>
          </w:tcPr>
          <w:p w14:paraId="4137BF2C" w14:textId="77777777" w:rsidR="003713D2" w:rsidRPr="00260F73" w:rsidRDefault="003713D2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1480417740"/>
            <w:placeholder>
              <w:docPart w:val="1B8839E78C2545FD826212E931A37F3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2ADC70A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17ED9A3" w14:textId="77777777" w:rsidTr="00A0792E">
        <w:tc>
          <w:tcPr>
            <w:tcW w:w="2689" w:type="dxa"/>
          </w:tcPr>
          <w:p w14:paraId="7C4151A8" w14:textId="77777777" w:rsidR="003713D2" w:rsidRPr="00260F73" w:rsidRDefault="003713D2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0E69669" w14:textId="77777777" w:rsidR="003713D2" w:rsidRPr="00260F73" w:rsidRDefault="003713D2"/>
        </w:tc>
        <w:sdt>
          <w:sdtPr>
            <w:id w:val="428003593"/>
            <w:placeholder>
              <w:docPart w:val="69B61E07360347BCBC59BA9F385F723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9252810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3D1D623" w14:textId="77777777" w:rsidTr="00A0792E">
        <w:tc>
          <w:tcPr>
            <w:tcW w:w="2689" w:type="dxa"/>
          </w:tcPr>
          <w:p w14:paraId="7A70044C" w14:textId="77777777" w:rsidR="003713D2" w:rsidRPr="00260F73" w:rsidRDefault="003713D2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3661DFC2" w14:textId="77777777" w:rsidR="003713D2" w:rsidRPr="00260F73" w:rsidRDefault="003713D2">
            <w:r w:rsidRPr="00260F73">
              <w:t xml:space="preserve">Complete  </w:t>
            </w:r>
            <w:sdt>
              <w:sdtPr>
                <w:id w:val="-1582669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2441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03D7EC0F" w14:textId="77777777" w:rsidTr="00A0792E">
        <w:tc>
          <w:tcPr>
            <w:tcW w:w="2689" w:type="dxa"/>
          </w:tcPr>
          <w:p w14:paraId="0410F38E" w14:textId="77777777" w:rsidR="003713D2" w:rsidRPr="00260F73" w:rsidRDefault="003713D2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83716422"/>
            <w:placeholder>
              <w:docPart w:val="1B3653A43C104BD19568C0A6A4225B7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95C4536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539E0342" w14:textId="77777777" w:rsidTr="00A0792E">
        <w:tc>
          <w:tcPr>
            <w:tcW w:w="2689" w:type="dxa"/>
          </w:tcPr>
          <w:p w14:paraId="0D879AD9" w14:textId="77777777" w:rsidR="003713D2" w:rsidRPr="00260F73" w:rsidRDefault="003713D2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-1529011247"/>
            <w:placeholder>
              <w:docPart w:val="EEADD47DEE724B839CD6026B1BF75AA9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64C2E6E" w14:textId="77777777" w:rsidR="003713D2" w:rsidRPr="00260F73" w:rsidRDefault="003713D2" w:rsidP="00016A95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3713D2" w:rsidRPr="00260F73" w14:paraId="4F76E790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6FEFD7E3" w14:textId="77777777" w:rsidR="003713D2" w:rsidRPr="00260F73" w:rsidRDefault="003713D2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5F3A024B" w14:textId="77777777" w:rsidR="003713D2" w:rsidRPr="00260F73" w:rsidRDefault="003713D2">
            <w:r w:rsidRPr="00260F73">
              <w:t xml:space="preserve">Yes </w:t>
            </w:r>
            <w:sdt>
              <w:sdtPr>
                <w:id w:val="1392304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26872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1A6A0C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9E63DE" w14:textId="6EF13E23" w:rsidR="003713D2" w:rsidRPr="00260F73" w:rsidRDefault="003713D2"/>
        </w:tc>
      </w:tr>
      <w:tr w:rsidR="0034520A" w:rsidRPr="00260F73" w14:paraId="1DDD6347" w14:textId="77777777" w:rsidTr="00A0792E">
        <w:tc>
          <w:tcPr>
            <w:tcW w:w="2689" w:type="dxa"/>
          </w:tcPr>
          <w:p w14:paraId="531F5DDD" w14:textId="1BEAFAFC" w:rsidR="0034520A" w:rsidRPr="00260F73" w:rsidRDefault="0034520A">
            <w:r w:rsidRPr="00260F73">
              <w:rPr>
                <w:b/>
                <w:bCs/>
              </w:rPr>
              <w:t>Role</w:t>
            </w:r>
          </w:p>
        </w:tc>
        <w:sdt>
          <w:sdtPr>
            <w:id w:val="1999605437"/>
            <w:placeholder>
              <w:docPart w:val="6FA81B98C7214B19A7B39A54715AE3A7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560CE75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31DB9981" w14:textId="77777777" w:rsidTr="00A0792E">
        <w:tc>
          <w:tcPr>
            <w:tcW w:w="2689" w:type="dxa"/>
          </w:tcPr>
          <w:p w14:paraId="51366F89" w14:textId="77777777" w:rsidR="0034520A" w:rsidRPr="00260F73" w:rsidRDefault="0034520A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1270659642"/>
            <w:placeholder>
              <w:docPart w:val="3B263252094F410FBE35EF6AF580FB84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061C552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375F2158" w14:textId="77777777" w:rsidTr="00A0792E">
        <w:tc>
          <w:tcPr>
            <w:tcW w:w="2689" w:type="dxa"/>
          </w:tcPr>
          <w:p w14:paraId="509CC4FA" w14:textId="77777777" w:rsidR="0034520A" w:rsidRPr="00260F73" w:rsidRDefault="0034520A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634862240"/>
            <w:placeholder>
              <w:docPart w:val="1A64CC2EE9EA4474962892B82322C1A8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93D7FDE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33092773" w14:textId="77777777" w:rsidTr="00A0792E">
        <w:tc>
          <w:tcPr>
            <w:tcW w:w="2689" w:type="dxa"/>
          </w:tcPr>
          <w:p w14:paraId="578F0190" w14:textId="77777777" w:rsidR="0034520A" w:rsidRPr="00260F73" w:rsidRDefault="0034520A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243BCDED" w14:textId="77777777" w:rsidR="0034520A" w:rsidRPr="00260F73" w:rsidRDefault="0034520A"/>
        </w:tc>
        <w:sdt>
          <w:sdtPr>
            <w:id w:val="-209653282"/>
            <w:placeholder>
              <w:docPart w:val="842B4FC92EE6486BB6325F3B565287FC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557C40F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443157A6" w14:textId="77777777" w:rsidTr="00A0792E">
        <w:tc>
          <w:tcPr>
            <w:tcW w:w="2689" w:type="dxa"/>
          </w:tcPr>
          <w:p w14:paraId="013B42DE" w14:textId="77777777" w:rsidR="0034520A" w:rsidRPr="00260F73" w:rsidRDefault="0034520A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980FB30" w14:textId="77777777" w:rsidR="0034520A" w:rsidRPr="00260F73" w:rsidRDefault="0034520A">
            <w:r w:rsidRPr="00260F73">
              <w:t xml:space="preserve">Complete  </w:t>
            </w:r>
            <w:sdt>
              <w:sdtPr>
                <w:id w:val="95105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66208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721FEFBD" w14:textId="77777777" w:rsidTr="00A0792E">
        <w:tc>
          <w:tcPr>
            <w:tcW w:w="2689" w:type="dxa"/>
          </w:tcPr>
          <w:p w14:paraId="33FC603C" w14:textId="77777777" w:rsidR="0034520A" w:rsidRPr="00260F73" w:rsidRDefault="0034520A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-1946842054"/>
            <w:placeholder>
              <w:docPart w:val="4CF1EC9326B74389B49A76BD38D39684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404AAF8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5A0BEC2C" w14:textId="77777777" w:rsidTr="00A0792E">
        <w:tc>
          <w:tcPr>
            <w:tcW w:w="2689" w:type="dxa"/>
          </w:tcPr>
          <w:p w14:paraId="4E3D2B68" w14:textId="77777777" w:rsidR="0034520A" w:rsidRPr="00260F73" w:rsidRDefault="0034520A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-31813595"/>
            <w:placeholder>
              <w:docPart w:val="299EC4D83D7B455183DAAD1EA6D7428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BB71777" w14:textId="77777777" w:rsidR="0034520A" w:rsidRPr="00260F73" w:rsidRDefault="0034520A" w:rsidP="00CA2CEB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34520A" w:rsidRPr="00260F73" w14:paraId="012C7D0D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67039D1" w14:textId="77777777" w:rsidR="0034520A" w:rsidRPr="00260F73" w:rsidRDefault="0034520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6A66B4A1" w14:textId="77777777" w:rsidR="0034520A" w:rsidRPr="00260F73" w:rsidRDefault="0034520A">
            <w:r w:rsidRPr="00260F73">
              <w:t xml:space="preserve">Yes </w:t>
            </w:r>
            <w:sdt>
              <w:sdtPr>
                <w:id w:val="1268515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05148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24C03801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C6192A" w14:textId="6EADC853" w:rsidR="0034520A" w:rsidRPr="00260F73" w:rsidRDefault="0034520A"/>
        </w:tc>
      </w:tr>
      <w:tr w:rsidR="0034520A" w:rsidRPr="00260F73" w14:paraId="68345BF3" w14:textId="77777777" w:rsidTr="00A0792E">
        <w:tc>
          <w:tcPr>
            <w:tcW w:w="2689" w:type="dxa"/>
          </w:tcPr>
          <w:p w14:paraId="1A464CC2" w14:textId="1C6EEB91" w:rsidR="0034520A" w:rsidRPr="00260F73" w:rsidRDefault="0034520A">
            <w:r w:rsidRPr="00260F73">
              <w:rPr>
                <w:b/>
                <w:bCs/>
              </w:rPr>
              <w:t>Role</w:t>
            </w:r>
          </w:p>
        </w:tc>
        <w:sdt>
          <w:sdtPr>
            <w:id w:val="46653513"/>
            <w:placeholder>
              <w:docPart w:val="77B90CA9A7B64375AFB95515D6FF8CB2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5FB63E7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7BCE527E" w14:textId="77777777" w:rsidTr="00A0792E">
        <w:tc>
          <w:tcPr>
            <w:tcW w:w="2689" w:type="dxa"/>
          </w:tcPr>
          <w:p w14:paraId="3BB85A9C" w14:textId="77777777" w:rsidR="0034520A" w:rsidRPr="00260F73" w:rsidRDefault="0034520A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333905201"/>
            <w:placeholder>
              <w:docPart w:val="9F4FF5E8B1AC481D982AB29014B1116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A78EAA4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6861126C" w14:textId="77777777" w:rsidTr="00A0792E">
        <w:tc>
          <w:tcPr>
            <w:tcW w:w="2689" w:type="dxa"/>
          </w:tcPr>
          <w:p w14:paraId="353F9F77" w14:textId="77777777" w:rsidR="0034520A" w:rsidRPr="00260F73" w:rsidRDefault="0034520A">
            <w:r w:rsidRPr="00260F73">
              <w:rPr>
                <w:b/>
                <w:bCs/>
              </w:rPr>
              <w:lastRenderedPageBreak/>
              <w:t>Teaching Delivered</w:t>
            </w:r>
          </w:p>
        </w:tc>
        <w:sdt>
          <w:sdtPr>
            <w:id w:val="-1391802060"/>
            <w:placeholder>
              <w:docPart w:val="124FA815530D48EE8E2ABFC68E94CDD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4D55D16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611E99DD" w14:textId="77777777" w:rsidTr="00A0792E">
        <w:tc>
          <w:tcPr>
            <w:tcW w:w="2689" w:type="dxa"/>
          </w:tcPr>
          <w:p w14:paraId="6F0C959E" w14:textId="77777777" w:rsidR="0034520A" w:rsidRPr="00260F73" w:rsidRDefault="0034520A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50D4CD2D" w14:textId="77777777" w:rsidR="0034520A" w:rsidRPr="00260F73" w:rsidRDefault="0034520A"/>
        </w:tc>
        <w:sdt>
          <w:sdtPr>
            <w:id w:val="912670146"/>
            <w:placeholder>
              <w:docPart w:val="39F260E5FC2F4C7989F71248374B0018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ED01E14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212D5A5B" w14:textId="77777777" w:rsidTr="00A0792E">
        <w:tc>
          <w:tcPr>
            <w:tcW w:w="2689" w:type="dxa"/>
          </w:tcPr>
          <w:p w14:paraId="6E01A0C1" w14:textId="77777777" w:rsidR="0034520A" w:rsidRPr="00260F73" w:rsidRDefault="0034520A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4F80F46A" w14:textId="77777777" w:rsidR="0034520A" w:rsidRPr="00260F73" w:rsidRDefault="0034520A">
            <w:r w:rsidRPr="00260F73">
              <w:t xml:space="preserve">Complete  </w:t>
            </w:r>
            <w:sdt>
              <w:sdtPr>
                <w:id w:val="-1762051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119874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7CD7951D" w14:textId="77777777" w:rsidTr="00A0792E">
        <w:tc>
          <w:tcPr>
            <w:tcW w:w="2689" w:type="dxa"/>
          </w:tcPr>
          <w:p w14:paraId="63F01259" w14:textId="77777777" w:rsidR="0034520A" w:rsidRPr="00260F73" w:rsidRDefault="0034520A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063058880"/>
            <w:placeholder>
              <w:docPart w:val="3BD1514CBB6741AC993B3EF0950A733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BFCD081" w14:textId="77777777" w:rsidR="0034520A" w:rsidRPr="00260F73" w:rsidRDefault="0034520A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4B4D9487" w14:textId="77777777" w:rsidTr="00A0792E">
        <w:tc>
          <w:tcPr>
            <w:tcW w:w="2689" w:type="dxa"/>
          </w:tcPr>
          <w:p w14:paraId="758078D6" w14:textId="77777777" w:rsidR="0034520A" w:rsidRPr="00260F73" w:rsidRDefault="0034520A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219101018"/>
            <w:placeholder>
              <w:docPart w:val="C6AFCA3B2F8640C583802F41AEEED8B4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CA89AF5" w14:textId="77777777" w:rsidR="0034520A" w:rsidRPr="00260F73" w:rsidRDefault="0034520A" w:rsidP="00CA2CEB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34520A" w:rsidRPr="00260F73" w14:paraId="5F4B79BF" w14:textId="77777777" w:rsidTr="0034520A">
        <w:tc>
          <w:tcPr>
            <w:tcW w:w="2689" w:type="dxa"/>
            <w:tcBorders>
              <w:bottom w:val="single" w:sz="4" w:space="0" w:color="auto"/>
            </w:tcBorders>
          </w:tcPr>
          <w:p w14:paraId="7A47CB9E" w14:textId="77777777" w:rsidR="0034520A" w:rsidRPr="00260F73" w:rsidRDefault="0034520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2F5B5EAA" w14:textId="77777777" w:rsidR="0034520A" w:rsidRPr="00260F73" w:rsidRDefault="0034520A">
            <w:r w:rsidRPr="00260F73">
              <w:t xml:space="preserve">Yes </w:t>
            </w:r>
            <w:sdt>
              <w:sdtPr>
                <w:id w:val="-1114523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312324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3500A45A" w14:textId="77777777" w:rsidTr="0034520A">
        <w:tc>
          <w:tcPr>
            <w:tcW w:w="2689" w:type="dxa"/>
            <w:tcBorders>
              <w:left w:val="nil"/>
              <w:bottom w:val="single" w:sz="4" w:space="0" w:color="auto"/>
              <w:right w:val="nil"/>
            </w:tcBorders>
          </w:tcPr>
          <w:p w14:paraId="6F0A67A2" w14:textId="77777777" w:rsidR="0034520A" w:rsidRPr="00260F73" w:rsidRDefault="0034520A">
            <w:pPr>
              <w:rPr>
                <w:b/>
                <w:bCs/>
              </w:rPr>
            </w:pPr>
          </w:p>
        </w:tc>
        <w:tc>
          <w:tcPr>
            <w:tcW w:w="6661" w:type="dxa"/>
            <w:tcBorders>
              <w:left w:val="nil"/>
              <w:bottom w:val="single" w:sz="4" w:space="0" w:color="auto"/>
              <w:right w:val="nil"/>
            </w:tcBorders>
          </w:tcPr>
          <w:p w14:paraId="7D36A90F" w14:textId="77777777" w:rsidR="0034520A" w:rsidRPr="00260F73" w:rsidRDefault="0034520A"/>
        </w:tc>
      </w:tr>
      <w:tr w:rsidR="0034520A" w:rsidRPr="00260F73" w14:paraId="7ECFA8FF" w14:textId="77777777" w:rsidTr="000B319E">
        <w:tc>
          <w:tcPr>
            <w:tcW w:w="2689" w:type="dxa"/>
          </w:tcPr>
          <w:p w14:paraId="0488DA2A" w14:textId="77777777" w:rsidR="0034520A" w:rsidRPr="00260F73" w:rsidRDefault="0034520A" w:rsidP="000B319E">
            <w:r w:rsidRPr="00260F73">
              <w:rPr>
                <w:b/>
                <w:bCs/>
              </w:rPr>
              <w:t>Role</w:t>
            </w:r>
          </w:p>
        </w:tc>
        <w:sdt>
          <w:sdtPr>
            <w:id w:val="2028665117"/>
            <w:placeholder>
              <w:docPart w:val="BB0CB001AD624B23A5F15A8B8185FDD0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1262114" w14:textId="77777777" w:rsidR="0034520A" w:rsidRPr="00260F73" w:rsidRDefault="0034520A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2A4DE824" w14:textId="77777777" w:rsidTr="000B319E">
        <w:tc>
          <w:tcPr>
            <w:tcW w:w="2689" w:type="dxa"/>
          </w:tcPr>
          <w:p w14:paraId="7F932955" w14:textId="77777777" w:rsidR="0034520A" w:rsidRPr="00260F73" w:rsidRDefault="0034520A" w:rsidP="000B319E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1281461086"/>
            <w:placeholder>
              <w:docPart w:val="C3DFA0A20EF244408658A586FE3E6CC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BA594E5" w14:textId="77777777" w:rsidR="0034520A" w:rsidRPr="00260F73" w:rsidRDefault="0034520A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409C541A" w14:textId="77777777" w:rsidTr="000B319E">
        <w:tc>
          <w:tcPr>
            <w:tcW w:w="2689" w:type="dxa"/>
          </w:tcPr>
          <w:p w14:paraId="09CF637B" w14:textId="77777777" w:rsidR="0034520A" w:rsidRPr="00260F73" w:rsidRDefault="0034520A" w:rsidP="000B319E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89534159"/>
            <w:placeholder>
              <w:docPart w:val="E4A6E5B3E750489CB0C4C1899C52BDD5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4281436" w14:textId="77777777" w:rsidR="0034520A" w:rsidRPr="00260F73" w:rsidRDefault="0034520A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31761C23" w14:textId="77777777" w:rsidTr="000B319E">
        <w:tc>
          <w:tcPr>
            <w:tcW w:w="2689" w:type="dxa"/>
          </w:tcPr>
          <w:p w14:paraId="48534648" w14:textId="77777777" w:rsidR="0034520A" w:rsidRPr="00260F73" w:rsidRDefault="0034520A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3DBC1405" w14:textId="77777777" w:rsidR="0034520A" w:rsidRPr="00260F73" w:rsidRDefault="0034520A" w:rsidP="000B319E"/>
        </w:tc>
        <w:sdt>
          <w:sdtPr>
            <w:id w:val="-193765846"/>
            <w:placeholder>
              <w:docPart w:val="029761C25CFF4440B675C72392C0489C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358D1D0" w14:textId="77777777" w:rsidR="0034520A" w:rsidRPr="00260F73" w:rsidRDefault="0034520A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3ECAF08E" w14:textId="77777777" w:rsidTr="000B319E">
        <w:tc>
          <w:tcPr>
            <w:tcW w:w="2689" w:type="dxa"/>
          </w:tcPr>
          <w:p w14:paraId="1B22430F" w14:textId="77777777" w:rsidR="0034520A" w:rsidRPr="00260F73" w:rsidRDefault="0034520A" w:rsidP="000B319E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0C734FD9" w14:textId="77777777" w:rsidR="0034520A" w:rsidRPr="00260F73" w:rsidRDefault="0034520A" w:rsidP="000B319E">
            <w:r w:rsidRPr="00260F73">
              <w:t xml:space="preserve">Complete  </w:t>
            </w:r>
            <w:sdt>
              <w:sdtPr>
                <w:id w:val="-730689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722940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24F47A57" w14:textId="77777777" w:rsidTr="000B319E">
        <w:tc>
          <w:tcPr>
            <w:tcW w:w="2689" w:type="dxa"/>
          </w:tcPr>
          <w:p w14:paraId="0A7B3E52" w14:textId="77777777" w:rsidR="0034520A" w:rsidRPr="00260F73" w:rsidRDefault="0034520A" w:rsidP="000B319E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-2137781046"/>
            <w:placeholder>
              <w:docPart w:val="13ACC168A6524DD3921FCBA313CE60D4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5129540" w14:textId="77777777" w:rsidR="0034520A" w:rsidRPr="00260F73" w:rsidRDefault="0034520A" w:rsidP="000B319E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520A" w:rsidRPr="00260F73" w14:paraId="088BBDC7" w14:textId="77777777" w:rsidTr="000B319E">
        <w:tc>
          <w:tcPr>
            <w:tcW w:w="2689" w:type="dxa"/>
          </w:tcPr>
          <w:p w14:paraId="52061706" w14:textId="77777777" w:rsidR="0034520A" w:rsidRPr="00260F73" w:rsidRDefault="0034520A" w:rsidP="000B319E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-205801010"/>
            <w:placeholder>
              <w:docPart w:val="3DE3FB5CA07F408B9EDECE34B5B7099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EAE1C97" w14:textId="77777777" w:rsidR="0034520A" w:rsidRPr="00260F73" w:rsidRDefault="0034520A" w:rsidP="000B319E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34520A" w:rsidRPr="00260F73" w14:paraId="4FA90B9A" w14:textId="77777777" w:rsidTr="000B319E">
        <w:tc>
          <w:tcPr>
            <w:tcW w:w="2689" w:type="dxa"/>
            <w:tcBorders>
              <w:bottom w:val="single" w:sz="4" w:space="0" w:color="auto"/>
            </w:tcBorders>
          </w:tcPr>
          <w:p w14:paraId="73FC2480" w14:textId="77777777" w:rsidR="0034520A" w:rsidRPr="00260F73" w:rsidRDefault="0034520A" w:rsidP="000B319E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2B113EF5" w14:textId="77777777" w:rsidR="0034520A" w:rsidRPr="00260F73" w:rsidRDefault="0034520A" w:rsidP="000B319E">
            <w:r w:rsidRPr="00260F73">
              <w:t xml:space="preserve">Yes </w:t>
            </w:r>
            <w:sdt>
              <w:sdtPr>
                <w:id w:val="2102446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283425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4520A" w:rsidRPr="00260F73" w14:paraId="7390CEC8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8A73FE" w14:textId="5C03E4D7" w:rsidR="0034520A" w:rsidRPr="00260F73" w:rsidRDefault="0034520A"/>
        </w:tc>
      </w:tr>
    </w:tbl>
    <w:p w14:paraId="7A882F9A" w14:textId="77777777" w:rsidR="00E9708F" w:rsidRPr="00260F73" w:rsidRDefault="00E9708F"/>
    <w:p w14:paraId="6211B2C4" w14:textId="77777777" w:rsidR="0034520A" w:rsidRDefault="0034520A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59171476" w14:textId="6AFF5FF9" w:rsidR="00446759" w:rsidRDefault="00446759" w:rsidP="00446759">
      <w:pPr>
        <w:pStyle w:val="Heading1"/>
      </w:pPr>
      <w:r>
        <w:lastRenderedPageBreak/>
        <w:t>Leadership &amp; Management</w:t>
      </w:r>
    </w:p>
    <w:p w14:paraId="46C30522" w14:textId="71604A23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Describe a time you demonstrated leadership in a clinical setting.</w:t>
      </w:r>
    </w:p>
    <w:sdt>
      <w:sdtPr>
        <w:id w:val="-1742706817"/>
        <w:placeholder>
          <w:docPart w:val="E7D02D12569949259F4B303AE9EE91BE"/>
        </w:placeholder>
        <w:showingPlcHdr/>
      </w:sdtPr>
      <w:sdtEndPr/>
      <w:sdtContent>
        <w:p w14:paraId="746969E9" w14:textId="609B147E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198D581B" w14:textId="2D48F4E4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Give an example of how you managed a challenging team situation.</w:t>
      </w:r>
    </w:p>
    <w:sdt>
      <w:sdtPr>
        <w:id w:val="-750272981"/>
        <w:placeholder>
          <w:docPart w:val="CAA78230F4974F91A466D1A3E44D5E2D"/>
        </w:placeholder>
        <w:showingPlcHdr/>
      </w:sdtPr>
      <w:sdtEndPr/>
      <w:sdtContent>
        <w:p w14:paraId="51A226CA" w14:textId="6797E0FD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7F53B35C" w14:textId="2140306F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Describe a service improvement you initiated or contributed to.</w:t>
      </w:r>
    </w:p>
    <w:sdt>
      <w:sdtPr>
        <w:id w:val="-1647966239"/>
        <w:placeholder>
          <w:docPart w:val="F0CFA2EC4C7B4356B9A2A03A62C38968"/>
        </w:placeholder>
        <w:showingPlcHdr/>
      </w:sdtPr>
      <w:sdtEndPr/>
      <w:sdtContent>
        <w:p w14:paraId="43F0D350" w14:textId="42D47639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3D91A783" w14:textId="08A446E3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How do you prioritise workload in a busy clinical environment?</w:t>
      </w:r>
    </w:p>
    <w:sdt>
      <w:sdtPr>
        <w:id w:val="-195615532"/>
        <w:placeholder>
          <w:docPart w:val="9380793E9EE044989EB44762814E78B6"/>
        </w:placeholder>
        <w:showingPlcHdr/>
      </w:sdtPr>
      <w:sdtEndPr/>
      <w:sdtContent>
        <w:p w14:paraId="2D21CD22" w14:textId="11FBDC37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23DABBFA" w14:textId="77777777" w:rsidR="00015574" w:rsidRDefault="00015574"/>
    <w:p w14:paraId="56C20746" w14:textId="77777777" w:rsidR="00015574" w:rsidRDefault="00015574" w:rsidP="00015574">
      <w:pPr>
        <w:pStyle w:val="Heading1"/>
      </w:pPr>
      <w:r>
        <w:t>Communication &amp; Professionalism</w:t>
      </w:r>
    </w:p>
    <w:p w14:paraId="7F322BEB" w14:textId="0E1F3551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Describe a situation where you had to communicate a difficult message.</w:t>
      </w:r>
    </w:p>
    <w:sdt>
      <w:sdtPr>
        <w:id w:val="-890113822"/>
        <w:placeholder>
          <w:docPart w:val="0E951C26B4874E2787CBE628EA2C2094"/>
        </w:placeholder>
        <w:showingPlcHdr/>
      </w:sdtPr>
      <w:sdtEndPr/>
      <w:sdtContent>
        <w:p w14:paraId="66323C79" w14:textId="3B49D8A3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1EC03080" w14:textId="21B23266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How do you handle conflict with colleagues?</w:t>
      </w:r>
    </w:p>
    <w:sdt>
      <w:sdtPr>
        <w:id w:val="-1454014768"/>
        <w:placeholder>
          <w:docPart w:val="07E5AC0373094234B85BEF415F1A8998"/>
        </w:placeholder>
        <w:showingPlcHdr/>
      </w:sdtPr>
      <w:sdtEndPr/>
      <w:sdtContent>
        <w:p w14:paraId="58DCB18C" w14:textId="3039869A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0ACD46A0" w14:textId="3BFB5764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Give an example of maintaining professionalism under pressure.</w:t>
      </w:r>
    </w:p>
    <w:sdt>
      <w:sdtPr>
        <w:id w:val="-1459866788"/>
        <w:placeholder>
          <w:docPart w:val="3ED87B2022A34B2198DC2B217B191AF1"/>
        </w:placeholder>
        <w:showingPlcHdr/>
      </w:sdtPr>
      <w:sdtEndPr/>
      <w:sdtContent>
        <w:p w14:paraId="5BC1A269" w14:textId="52C68820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2D12A2C2" w14:textId="77777777" w:rsidR="00015574" w:rsidRDefault="00015574"/>
    <w:p w14:paraId="22F0C6D2" w14:textId="77777777" w:rsidR="003713D2" w:rsidRPr="003713D2" w:rsidRDefault="003713D2" w:rsidP="003713D2">
      <w:pPr>
        <w:pStyle w:val="Heading1"/>
      </w:pPr>
      <w:r w:rsidRPr="003713D2">
        <w:t>Clinical Governance &amp; Patient Safety</w:t>
      </w:r>
    </w:p>
    <w:p w14:paraId="641B7A02" w14:textId="28B1C1E4" w:rsidR="00A50EFE" w:rsidRPr="00A50EFE" w:rsidRDefault="00A50EFE" w:rsidP="003713D2">
      <w:pPr>
        <w:pStyle w:val="ListParagraph"/>
        <w:numPr>
          <w:ilvl w:val="0"/>
          <w:numId w:val="17"/>
        </w:numPr>
        <w:rPr>
          <w:b/>
          <w:bCs/>
          <w:lang w:val="en-US"/>
        </w:rPr>
      </w:pPr>
      <w:r w:rsidRPr="00A50EFE">
        <w:rPr>
          <w:b/>
          <w:bCs/>
        </w:rPr>
        <w:t>Describe your involvement in patient safety initiatives.</w:t>
      </w:r>
    </w:p>
    <w:sdt>
      <w:sdtPr>
        <w:rPr>
          <w:lang w:val="en-US"/>
        </w:rPr>
        <w:id w:val="-943079556"/>
        <w:placeholder>
          <w:docPart w:val="FF33AAC1D2E844FBBD43F6EDC271D0FC"/>
        </w:placeholder>
        <w:showingPlcHdr/>
      </w:sdtPr>
      <w:sdtEndPr/>
      <w:sdtContent>
        <w:p w14:paraId="258D497C" w14:textId="21760681" w:rsidR="00A50EFE" w:rsidRPr="00A50EFE" w:rsidRDefault="00A50EFE" w:rsidP="00A50EFE">
          <w:pPr>
            <w:rPr>
              <w:lang w:val="en-US"/>
            </w:rPr>
          </w:pPr>
          <w:r w:rsidRPr="00137AD7">
            <w:rPr>
              <w:rStyle w:val="PlaceholderText"/>
              <w:lang w:val="en-US"/>
            </w:rPr>
            <w:t>Click or tap here to enter text.</w:t>
          </w:r>
        </w:p>
      </w:sdtContent>
    </w:sdt>
    <w:p w14:paraId="28B48482" w14:textId="4C0B2F1E" w:rsidR="003713D2" w:rsidRDefault="003713D2" w:rsidP="003713D2">
      <w:pPr>
        <w:pStyle w:val="ListParagraph"/>
        <w:numPr>
          <w:ilvl w:val="0"/>
          <w:numId w:val="17"/>
        </w:numPr>
        <w:rPr>
          <w:b/>
          <w:bCs/>
          <w:lang w:val="en-US"/>
        </w:rPr>
      </w:pPr>
      <w:r w:rsidRPr="003713D2">
        <w:rPr>
          <w:b/>
          <w:bCs/>
          <w:lang w:val="en-US"/>
        </w:rPr>
        <w:t>Provide an example of how you identified and addressed a risk to patient safety.</w:t>
      </w:r>
    </w:p>
    <w:sdt>
      <w:sdtPr>
        <w:rPr>
          <w:lang w:val="en-US"/>
        </w:rPr>
        <w:id w:val="-1816095327"/>
        <w:placeholder>
          <w:docPart w:val="A52E9F0F3C3549C29B060FC2F2A6D578"/>
        </w:placeholder>
        <w:showingPlcHdr/>
      </w:sdtPr>
      <w:sdtEndPr/>
      <w:sdtContent>
        <w:p w14:paraId="4983BFA6" w14:textId="495545B3" w:rsidR="003713D2" w:rsidRPr="003713D2" w:rsidRDefault="003713D2" w:rsidP="003713D2">
          <w:pPr>
            <w:rPr>
              <w:lang w:val="en-US"/>
            </w:rPr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sdtContent>
    </w:sdt>
    <w:p w14:paraId="287CB9A6" w14:textId="5AAC8D45" w:rsidR="003713D2" w:rsidRDefault="003713D2" w:rsidP="003713D2">
      <w:pPr>
        <w:pStyle w:val="ListParagraph"/>
        <w:numPr>
          <w:ilvl w:val="0"/>
          <w:numId w:val="17"/>
        </w:numPr>
        <w:rPr>
          <w:b/>
          <w:bCs/>
          <w:lang w:val="en-US"/>
        </w:rPr>
      </w:pPr>
      <w:r w:rsidRPr="003713D2">
        <w:rPr>
          <w:b/>
          <w:bCs/>
          <w:lang w:val="en-US"/>
        </w:rPr>
        <w:t>How do you ensure high standards of clinical care?</w:t>
      </w:r>
    </w:p>
    <w:sdt>
      <w:sdtPr>
        <w:rPr>
          <w:lang w:val="en-US"/>
        </w:rPr>
        <w:id w:val="1871638181"/>
        <w:placeholder>
          <w:docPart w:val="136CB3F2E58949E09F2EAE0D704C7EE0"/>
        </w:placeholder>
        <w:showingPlcHdr/>
      </w:sdtPr>
      <w:sdtEndPr/>
      <w:sdtContent>
        <w:p w14:paraId="1CEB9046" w14:textId="47BBDA1D" w:rsidR="003713D2" w:rsidRPr="003713D2" w:rsidRDefault="003713D2" w:rsidP="003713D2">
          <w:pPr>
            <w:rPr>
              <w:lang w:val="en-US"/>
            </w:rPr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sdtContent>
    </w:sdt>
    <w:p w14:paraId="58BC4384" w14:textId="77777777" w:rsidR="003713D2" w:rsidRDefault="003713D2"/>
    <w:sectPr w:rsidR="003713D2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6C009" w14:textId="77777777" w:rsidR="00381B0C" w:rsidRPr="00260F73" w:rsidRDefault="00381B0C" w:rsidP="001B2E81">
      <w:pPr>
        <w:spacing w:after="0" w:line="240" w:lineRule="auto"/>
      </w:pPr>
      <w:r w:rsidRPr="00260F73">
        <w:separator/>
      </w:r>
    </w:p>
  </w:endnote>
  <w:endnote w:type="continuationSeparator" w:id="0">
    <w:p w14:paraId="2A16CB4E" w14:textId="77777777" w:rsidR="00381B0C" w:rsidRPr="00260F73" w:rsidRDefault="00381B0C" w:rsidP="001B2E81">
      <w:pPr>
        <w:spacing w:after="0" w:line="240" w:lineRule="auto"/>
      </w:pPr>
      <w:r w:rsidRPr="00260F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/>
    <w:sdtContent>
      <w:p w14:paraId="7954CBEC" w14:textId="5E77B792" w:rsidR="007C3707" w:rsidRPr="00260F73" w:rsidRDefault="007C3707" w:rsidP="007C3707">
        <w:pPr>
          <w:pStyle w:val="Footer"/>
        </w:pPr>
        <w:r w:rsidRPr="00260F73">
          <w:tab/>
        </w:r>
        <w:r w:rsidRPr="00260F73">
          <w:tab/>
        </w:r>
        <w:r w:rsidRPr="00260F73">
          <w:fldChar w:fldCharType="begin"/>
        </w:r>
        <w:r w:rsidRPr="00260F73">
          <w:instrText xml:space="preserve"> PAGE   \* MERGEFORMAT </w:instrText>
        </w:r>
        <w:r w:rsidRPr="00260F73">
          <w:fldChar w:fldCharType="separate"/>
        </w:r>
        <w:r w:rsidRPr="00260F73">
          <w:t>2</w:t>
        </w:r>
        <w:r w:rsidRPr="00260F73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Pr="00260F73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479FF" w14:textId="77777777" w:rsidR="00381B0C" w:rsidRPr="00260F73" w:rsidRDefault="00381B0C" w:rsidP="001B2E81">
      <w:pPr>
        <w:spacing w:after="0" w:line="240" w:lineRule="auto"/>
      </w:pPr>
      <w:r w:rsidRPr="00260F73">
        <w:separator/>
      </w:r>
    </w:p>
  </w:footnote>
  <w:footnote w:type="continuationSeparator" w:id="0">
    <w:p w14:paraId="48C8EE0A" w14:textId="77777777" w:rsidR="00381B0C" w:rsidRPr="00260F73" w:rsidRDefault="00381B0C" w:rsidP="001B2E81">
      <w:pPr>
        <w:spacing w:after="0" w:line="240" w:lineRule="auto"/>
      </w:pPr>
      <w:r w:rsidRPr="00260F7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A380F" w14:textId="7277F9C8" w:rsidR="001B2E81" w:rsidRPr="00260F73" w:rsidRDefault="007C3707">
    <w:pPr>
      <w:pStyle w:val="Header"/>
    </w:pPr>
    <w:r w:rsidRPr="00260F73">
      <w:ptab w:relativeTo="margin" w:alignment="right" w:leader="none"/>
    </w:r>
    <w:r w:rsidRPr="00260F73">
      <w:t xml:space="preserve">RCPI HST Application CV: </w:t>
    </w:r>
    <w:r w:rsidR="008816C3">
      <w:t>Neuropathology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1CE977E3" w:rsidR="001B2E81" w:rsidRPr="00260F73" w:rsidRDefault="0044675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BD570E1" wp14:editId="063F094B">
          <wp:simplePos x="0" y="0"/>
          <wp:positionH relativeFrom="column">
            <wp:posOffset>-647700</wp:posOffset>
          </wp:positionH>
          <wp:positionV relativeFrom="paragraph">
            <wp:posOffset>-209550</wp:posOffset>
          </wp:positionV>
          <wp:extent cx="2855647" cy="1044000"/>
          <wp:effectExtent l="0" t="0" r="1905" b="3810"/>
          <wp:wrapTopAndBottom/>
          <wp:docPr id="4305126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051264" name="Picture 4305126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55647" cy="104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8B0C3B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536746"/>
    <w:multiLevelType w:val="hybridMultilevel"/>
    <w:tmpl w:val="FF2CE11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B0278A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2142C"/>
    <w:multiLevelType w:val="hybridMultilevel"/>
    <w:tmpl w:val="FF2CE1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06701">
    <w:abstractNumId w:val="11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0"/>
  </w:num>
  <w:num w:numId="12" w16cid:durableId="954025059">
    <w:abstractNumId w:val="12"/>
  </w:num>
  <w:num w:numId="13" w16cid:durableId="1694188166">
    <w:abstractNumId w:val="15"/>
  </w:num>
  <w:num w:numId="14" w16cid:durableId="889731661">
    <w:abstractNumId w:val="16"/>
  </w:num>
  <w:num w:numId="15" w16cid:durableId="323359985">
    <w:abstractNumId w:val="14"/>
  </w:num>
  <w:num w:numId="16" w16cid:durableId="1461606276">
    <w:abstractNumId w:val="9"/>
  </w:num>
  <w:num w:numId="17" w16cid:durableId="12193950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5574"/>
    <w:rsid w:val="00034616"/>
    <w:rsid w:val="00041DFE"/>
    <w:rsid w:val="0006063C"/>
    <w:rsid w:val="00081140"/>
    <w:rsid w:val="000834D5"/>
    <w:rsid w:val="000934D5"/>
    <w:rsid w:val="000A5F58"/>
    <w:rsid w:val="00142F61"/>
    <w:rsid w:val="0015074B"/>
    <w:rsid w:val="001739F7"/>
    <w:rsid w:val="001B2E81"/>
    <w:rsid w:val="001C17E4"/>
    <w:rsid w:val="00214ECC"/>
    <w:rsid w:val="002319B9"/>
    <w:rsid w:val="00232F78"/>
    <w:rsid w:val="00260F73"/>
    <w:rsid w:val="002931FF"/>
    <w:rsid w:val="0029639D"/>
    <w:rsid w:val="002D7D98"/>
    <w:rsid w:val="002E140B"/>
    <w:rsid w:val="00326F90"/>
    <w:rsid w:val="0034520A"/>
    <w:rsid w:val="003713D2"/>
    <w:rsid w:val="003729FB"/>
    <w:rsid w:val="00381B0C"/>
    <w:rsid w:val="003E49E9"/>
    <w:rsid w:val="00446759"/>
    <w:rsid w:val="004929C5"/>
    <w:rsid w:val="004A41F5"/>
    <w:rsid w:val="004D6768"/>
    <w:rsid w:val="00547911"/>
    <w:rsid w:val="00597958"/>
    <w:rsid w:val="005A051B"/>
    <w:rsid w:val="006D0099"/>
    <w:rsid w:val="0075109E"/>
    <w:rsid w:val="007C0991"/>
    <w:rsid w:val="007C3707"/>
    <w:rsid w:val="00801BD9"/>
    <w:rsid w:val="00821B93"/>
    <w:rsid w:val="00837B0E"/>
    <w:rsid w:val="008525FA"/>
    <w:rsid w:val="008816C3"/>
    <w:rsid w:val="009A7B67"/>
    <w:rsid w:val="009E4AEB"/>
    <w:rsid w:val="00A0792E"/>
    <w:rsid w:val="00A36383"/>
    <w:rsid w:val="00A50EFE"/>
    <w:rsid w:val="00A606A6"/>
    <w:rsid w:val="00AA1D8D"/>
    <w:rsid w:val="00B16633"/>
    <w:rsid w:val="00B47730"/>
    <w:rsid w:val="00B8038E"/>
    <w:rsid w:val="00BD4838"/>
    <w:rsid w:val="00C7253B"/>
    <w:rsid w:val="00C95D05"/>
    <w:rsid w:val="00CB0664"/>
    <w:rsid w:val="00CD745A"/>
    <w:rsid w:val="00D41E2C"/>
    <w:rsid w:val="00DA296B"/>
    <w:rsid w:val="00DC08F7"/>
    <w:rsid w:val="00E56970"/>
    <w:rsid w:val="00E5708D"/>
    <w:rsid w:val="00E9708F"/>
    <w:rsid w:val="00F211F0"/>
    <w:rsid w:val="00F277ED"/>
    <w:rsid w:val="00F4085D"/>
    <w:rsid w:val="00F54DC5"/>
    <w:rsid w:val="00F75205"/>
    <w:rsid w:val="00F75C6A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  <w:lang w:val="en-I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724A40" w:rsidP="00724A40">
          <w:pPr>
            <w:pStyle w:val="F4D6CB2241074A76A75ACE4A72F3BACA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724A40" w:rsidP="00724A40">
          <w:pPr>
            <w:pStyle w:val="5C6BE9DD57B042A78E73AE6C65AB81E9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724A40" w:rsidP="00724A40">
          <w:pPr>
            <w:pStyle w:val="B94FF17A7DD844238942618D220CAEE0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7E5F504CE04A3283DBB5C362BF5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E6A42-BB2E-40B9-AE64-BFA7347232A8}"/>
      </w:docPartPr>
      <w:docPartBody>
        <w:p w:rsidR="004161F5" w:rsidRDefault="00724A40" w:rsidP="00724A40">
          <w:pPr>
            <w:pStyle w:val="767E5F504CE04A3283DBB5C362BF53DD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FA136DFCC9400EA3643631FD9D4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60779-9F46-4D74-94B2-D299C2C9AFD9}"/>
      </w:docPartPr>
      <w:docPartBody>
        <w:p w:rsidR="004161F5" w:rsidRDefault="00724A40" w:rsidP="00724A40">
          <w:pPr>
            <w:pStyle w:val="15FA136DFCC9400EA3643631FD9D49AC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724A40" w:rsidP="00724A40">
          <w:pPr>
            <w:pStyle w:val="758EF154077D4EC492E0AA02749775EE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724A40" w:rsidP="00724A40">
          <w:pPr>
            <w:pStyle w:val="60444590C5F4414E83C6454885D5753D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724A40" w:rsidP="00724A40">
          <w:pPr>
            <w:pStyle w:val="096DC268CB3744C7AF90E558EFABE7F6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724A40" w:rsidP="00724A40">
          <w:pPr>
            <w:pStyle w:val="16EE3227410F4460A6706019F08584BA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724A40" w:rsidP="00724A40">
          <w:pPr>
            <w:pStyle w:val="35C6ADD19D0A4F7F9AA8A8D4CCB1374F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724A40" w:rsidP="00724A40">
          <w:pPr>
            <w:pStyle w:val="0AD4EFDEB46F4DD3B07D7D864B6EAEB2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724A40" w:rsidP="00724A40">
          <w:pPr>
            <w:pStyle w:val="C969D259CE28476AA1EB44B74A93B0DE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724A40" w:rsidP="00724A40">
          <w:pPr>
            <w:pStyle w:val="4163D3241B974CB9999FF0EC5B4E2B21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724A40" w:rsidP="00724A40">
          <w:pPr>
            <w:pStyle w:val="89495584885745569DDCF4FEC1482D05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724A40" w:rsidP="00724A40">
          <w:pPr>
            <w:pStyle w:val="66C6F6902A3B4D4CA7D745FDDA70B68A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724A40" w:rsidP="00724A40">
          <w:pPr>
            <w:pStyle w:val="4CD965A9EE694FECADF2476D720E7B6E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724A40" w:rsidP="00724A40">
          <w:pPr>
            <w:pStyle w:val="09E232A6ADC042DB884957F020A929BA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724A40" w:rsidP="00724A40">
          <w:pPr>
            <w:pStyle w:val="3DF7FD3C5E5C4C0992D419903A5ACDD9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724A40" w:rsidP="00724A40">
          <w:pPr>
            <w:pStyle w:val="657F90F891404138BEF4C8B0986FE706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724A40" w:rsidP="00724A40">
          <w:pPr>
            <w:pStyle w:val="C9113B8A854441D682CE5AC80AFB0860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724A40" w:rsidP="00724A40">
          <w:pPr>
            <w:pStyle w:val="E3F5175B57004446843F4F317C13BE7C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724A40" w:rsidP="00724A40">
          <w:pPr>
            <w:pStyle w:val="74CADD3637F3476CAEF2795719E307AF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724A40" w:rsidP="00724A40">
          <w:pPr>
            <w:pStyle w:val="6E2E25C8BD59485F83A4E1A3EB66C1CA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724A40" w:rsidP="00724A40">
          <w:pPr>
            <w:pStyle w:val="CADFFF9D18954E1993F5C0789B03E179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724A40" w:rsidP="00724A40">
          <w:pPr>
            <w:pStyle w:val="872FF4CA11794B8A841DB2220DF10EA6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724A40" w:rsidP="00724A40">
          <w:pPr>
            <w:pStyle w:val="4E97BD512F134974B65EC5CE1A1FFA5C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724A40" w:rsidP="00724A40">
          <w:pPr>
            <w:pStyle w:val="43C24FC1DD4E4C25906C3761C0E444F2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724A40" w:rsidP="00724A40">
          <w:pPr>
            <w:pStyle w:val="6E5B51F8A20C49259CB13015EB121389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724A40" w:rsidP="00724A40">
          <w:pPr>
            <w:pStyle w:val="ACA81B7FEB124004A04A95F11ADBD7A7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724A40" w:rsidP="00724A40">
          <w:pPr>
            <w:pStyle w:val="AB27C8C8D90949D99B80C3BCC40C6DB1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BAA36B4CE46CCBA1107A2CA86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91F43-6FB5-4DE3-90BA-1F5CB1BE177C}"/>
      </w:docPartPr>
      <w:docPartBody>
        <w:p w:rsidR="004161F5" w:rsidRDefault="00724A40" w:rsidP="00724A40">
          <w:pPr>
            <w:pStyle w:val="BE6BAA36B4CE46CCBA1107A2CA86328D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F3A9EE91754E259AFD2F141BD88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84782-090E-4202-89A3-7460A328DBC9}"/>
      </w:docPartPr>
      <w:docPartBody>
        <w:p w:rsidR="004161F5" w:rsidRDefault="00724A40" w:rsidP="00724A40">
          <w:pPr>
            <w:pStyle w:val="98F3A9EE91754E259AFD2F141BD88EC3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62792367E244C2B52C13434E400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BC04D-AA94-4DEA-B6F9-D2C7FDD19880}"/>
      </w:docPartPr>
      <w:docPartBody>
        <w:p w:rsidR="004161F5" w:rsidRDefault="00724A40" w:rsidP="00724A40">
          <w:pPr>
            <w:pStyle w:val="A562792367E244C2B52C13434E400DB2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724A40" w:rsidP="00724A40">
          <w:pPr>
            <w:pStyle w:val="7E217E49FF2B4BCCB4F3ACCCBA862056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724A40" w:rsidP="00724A40">
          <w:pPr>
            <w:pStyle w:val="A6B6B6169038418C8F137F03A3BAC3E6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84038C5BAB4BC98BCFD7720888F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7E6F5-D38E-4E1B-B3B1-04EFC4E90A7F}"/>
      </w:docPartPr>
      <w:docPartBody>
        <w:p w:rsidR="004161F5" w:rsidRDefault="00724A40" w:rsidP="00724A40">
          <w:pPr>
            <w:pStyle w:val="BA84038C5BAB4BC98BCFD7720888F4EA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F1BB5E59479D91B2E845B7410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6E3BA-30FF-46D0-B7D0-83FCC66A2AA1}"/>
      </w:docPartPr>
      <w:docPartBody>
        <w:p w:rsidR="004161F5" w:rsidRDefault="00724A40" w:rsidP="00724A40">
          <w:pPr>
            <w:pStyle w:val="2A85F1BB5E59479D91B2E845B74103B1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A0FEE22AB4D08A85FAFBB8444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DBE88-E99F-4792-9E9A-42C68B064E9A}"/>
      </w:docPartPr>
      <w:docPartBody>
        <w:p w:rsidR="004161F5" w:rsidRDefault="00724A40" w:rsidP="00724A40">
          <w:pPr>
            <w:pStyle w:val="734A0FEE22AB4D08A85FAFBB84445CB9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E69983638E496B87E186B118E83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5A97-697E-41AB-AC27-9442240C6BC5}"/>
      </w:docPartPr>
      <w:docPartBody>
        <w:p w:rsidR="004161F5" w:rsidRDefault="00724A40" w:rsidP="00724A40">
          <w:pPr>
            <w:pStyle w:val="3AE69983638E496B87E186B118E83D05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1B8BE8E635423EB269141E9E291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44324-33D8-4AD5-BC47-777873C12F19}"/>
      </w:docPartPr>
      <w:docPartBody>
        <w:p w:rsidR="004161F5" w:rsidRDefault="00724A40" w:rsidP="00724A40">
          <w:pPr>
            <w:pStyle w:val="4E1B8BE8E635423EB269141E9E2912AC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C19E6AA2346A4966003129C44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0BCF-6F6C-429F-8953-A4366B1ADB4B}"/>
      </w:docPartPr>
      <w:docPartBody>
        <w:p w:rsidR="004161F5" w:rsidRDefault="00724A40" w:rsidP="00724A40">
          <w:pPr>
            <w:pStyle w:val="522C19E6AA2346A4966003129C441C2C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DBC8E8B3947CB8F9195F36B67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466C3-0938-40F3-B80E-AC752137F2CD}"/>
      </w:docPartPr>
      <w:docPartBody>
        <w:p w:rsidR="004161F5" w:rsidRDefault="00724A40" w:rsidP="00724A40">
          <w:pPr>
            <w:pStyle w:val="DC6DBC8E8B3947CB8F9195F36B67D85A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87EF4E50B45EF8F8DF0A58099C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3BE07-E9E5-44D9-9E25-682D3147F98A}"/>
      </w:docPartPr>
      <w:docPartBody>
        <w:p w:rsidR="004161F5" w:rsidRDefault="00724A40" w:rsidP="00724A40">
          <w:pPr>
            <w:pStyle w:val="49487EF4E50B45EF8F8DF0A58099CB09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724A40" w:rsidP="00724A40">
          <w:pPr>
            <w:pStyle w:val="C6C5AA04D5744E5397F5B4C02E599FEC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845195F10471BB191FDF6254F4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696-8872-4F3D-8F49-4B1D149150F6}"/>
      </w:docPartPr>
      <w:docPartBody>
        <w:p w:rsidR="004161F5" w:rsidRDefault="00724A40" w:rsidP="00724A40">
          <w:pPr>
            <w:pStyle w:val="657845195F10471BB191FDF6254F450F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1ABEBA6024587BD9BFFA89B86C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39A1F-2A7E-415C-83F2-9ED9DB2B6482}"/>
      </w:docPartPr>
      <w:docPartBody>
        <w:p w:rsidR="004161F5" w:rsidRDefault="00724A40" w:rsidP="00724A40">
          <w:pPr>
            <w:pStyle w:val="4261ABEBA6024587BD9BFFA89B86CBAD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E4C47E07C843CCA2D7255597D07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0068E-C5F7-4300-826A-70045CCF3146}"/>
      </w:docPartPr>
      <w:docPartBody>
        <w:p w:rsidR="004161F5" w:rsidRDefault="00724A40" w:rsidP="00724A40">
          <w:pPr>
            <w:pStyle w:val="ECE4C47E07C843CCA2D7255597D07705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44CF760006459A89EF2B7CE3AFF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F74E-9D31-46C5-8E68-8ABBD337504B}"/>
      </w:docPartPr>
      <w:docPartBody>
        <w:p w:rsidR="004161F5" w:rsidRDefault="00724A40" w:rsidP="00724A40">
          <w:pPr>
            <w:pStyle w:val="9444CF760006459A89EF2B7CE3AFF2D1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1D5A1F2414B9AB219F05CFB3EC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D5F82-167F-4B9B-844B-4C0F7B0C8B6B}"/>
      </w:docPartPr>
      <w:docPartBody>
        <w:p w:rsidR="004161F5" w:rsidRDefault="00724A40" w:rsidP="00724A40">
          <w:pPr>
            <w:pStyle w:val="A451D5A1F2414B9AB219F05CFB3EC45E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8E1C4CC73644419B96786849CD0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9E4E2-5DC9-4412-995E-2CD5C1732424}"/>
      </w:docPartPr>
      <w:docPartBody>
        <w:p w:rsidR="004161F5" w:rsidRDefault="00724A40" w:rsidP="00724A40">
          <w:pPr>
            <w:pStyle w:val="E58E1C4CC73644419B96786849CD0414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E4ABAE5DA465E97A6237A78095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22589-F299-4C9E-863D-694D8BA5F36C}"/>
      </w:docPartPr>
      <w:docPartBody>
        <w:p w:rsidR="004161F5" w:rsidRDefault="00724A40" w:rsidP="00724A40">
          <w:pPr>
            <w:pStyle w:val="CA4E4ABAE5DA465E97A6237A7809538C3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156AE4FD73954CA688AAE317B3213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54D89-F76C-4B3C-8579-EA2E8196A733}"/>
      </w:docPartPr>
      <w:docPartBody>
        <w:p w:rsidR="004161F5" w:rsidRDefault="00724A40" w:rsidP="00724A40">
          <w:pPr>
            <w:pStyle w:val="156AE4FD73954CA688AAE317B321396B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A277E4DAE4119840AF2E2D970F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2EF1-8C4B-40AD-A1A3-1058D7398D87}"/>
      </w:docPartPr>
      <w:docPartBody>
        <w:p w:rsidR="004161F5" w:rsidRDefault="00724A40" w:rsidP="00724A40">
          <w:pPr>
            <w:pStyle w:val="6D5A277E4DAE4119840AF2E2D970FC5F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FFECF142C4598987272C037E48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FFF58-CD8B-47CA-9A92-700D5D4B22EB}"/>
      </w:docPartPr>
      <w:docPartBody>
        <w:p w:rsidR="004161F5" w:rsidRDefault="00724A40" w:rsidP="00724A40">
          <w:pPr>
            <w:pStyle w:val="586FFECF142C4598987272C037E4807A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6E5FECABF45829BB384A56029A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77E3C-E47F-492F-917F-B367670F50BA}"/>
      </w:docPartPr>
      <w:docPartBody>
        <w:p w:rsidR="004161F5" w:rsidRDefault="00724A40" w:rsidP="00724A40">
          <w:pPr>
            <w:pStyle w:val="0FB6E5FECABF45829BB384A56029A28D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41F98D97294F33B27DB409BE8E3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810D7-BAC3-4F3C-AC22-3015849488B2}"/>
      </w:docPartPr>
      <w:docPartBody>
        <w:p w:rsidR="004161F5" w:rsidRDefault="00724A40" w:rsidP="00724A40">
          <w:pPr>
            <w:pStyle w:val="7041F98D97294F33B27DB409BE8E34F1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B6D1D873F4738BF61AE6976378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29A2-919B-4DA5-9E94-2D5172BCF8D4}"/>
      </w:docPartPr>
      <w:docPartBody>
        <w:p w:rsidR="004161F5" w:rsidRDefault="00724A40" w:rsidP="00724A40">
          <w:pPr>
            <w:pStyle w:val="73AB6D1D873F4738BF61AE697637871D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91A0A4C04E9D9F8A8F3644975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5F44-5DDA-48A4-9642-C993305A98EF}"/>
      </w:docPartPr>
      <w:docPartBody>
        <w:p w:rsidR="004161F5" w:rsidRDefault="00724A40" w:rsidP="00724A40">
          <w:pPr>
            <w:pStyle w:val="520891A0A4C04E9D9F8A8F3644975CB1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2574595EA444189787F4DFB8E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631A-6AFE-4F51-999B-F563E850910A}"/>
      </w:docPartPr>
      <w:docPartBody>
        <w:p w:rsidR="004161F5" w:rsidRDefault="00724A40" w:rsidP="00724A40">
          <w:pPr>
            <w:pStyle w:val="C582574595EA444189787F4DFB8EE37F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670920D67C4481B676B57D42BE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3B76D-B474-4900-B332-874E7E539ED4}"/>
      </w:docPartPr>
      <w:docPartBody>
        <w:p w:rsidR="004161F5" w:rsidRDefault="00724A40" w:rsidP="00724A40">
          <w:pPr>
            <w:pStyle w:val="55670920D67C4481B676B57D42BEF39B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724A40" w:rsidP="00724A40">
          <w:pPr>
            <w:pStyle w:val="1734C0B0E50C4165979C1D1CD6EF5118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667F4B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667F4B" w:rsidRDefault="00724A40" w:rsidP="00724A40">
          <w:pPr>
            <w:pStyle w:val="A98CC7936C024C2988776FBA2CC670BD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667F4B" w:rsidRDefault="00724A40" w:rsidP="00724A40">
          <w:pPr>
            <w:pStyle w:val="2E9B36F7201C45DF99CA9FA9C42900AE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667F4B" w:rsidRDefault="00724A40" w:rsidP="00724A40">
          <w:pPr>
            <w:pStyle w:val="09814CF1CD7A47D3BB560F37A96F9D58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667F4B" w:rsidRDefault="00724A40" w:rsidP="00724A40">
          <w:pPr>
            <w:pStyle w:val="7793DEAF92564508A217818A964BBBC0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F14FB66A15431389EB3E003A7DA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AF9D1-D349-4B4C-8AC3-C194B67500ED}"/>
      </w:docPartPr>
      <w:docPartBody>
        <w:p w:rsidR="00FB32F8" w:rsidRDefault="00724A40" w:rsidP="00724A40">
          <w:pPr>
            <w:pStyle w:val="D5F14FB66A15431389EB3E003A7DADB13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650B01579224C17841E78E78C057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05105-B3F9-4707-A643-A9C4862E43CC}"/>
      </w:docPartPr>
      <w:docPartBody>
        <w:p w:rsidR="00FB32F8" w:rsidRDefault="00724A40" w:rsidP="00724A40">
          <w:pPr>
            <w:pStyle w:val="0650B01579224C17841E78E78C05793F3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D0E7F21F7C74B9EB2B3FE75BF17E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0EBE9-C029-4830-A3D9-0F7ADAE25657}"/>
      </w:docPartPr>
      <w:docPartBody>
        <w:p w:rsidR="00FB32F8" w:rsidRDefault="00724A40" w:rsidP="00724A40">
          <w:pPr>
            <w:pStyle w:val="0D0E7F21F7C74B9EB2B3FE75BF17E85D3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7D02D12569949259F4B303AE9EE9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A76D1-381F-4CA9-B7AF-88F917F3FC88}"/>
      </w:docPartPr>
      <w:docPartBody>
        <w:p w:rsidR="00FB32F8" w:rsidRDefault="00724A40" w:rsidP="00724A40">
          <w:pPr>
            <w:pStyle w:val="E7D02D12569949259F4B303AE9EE91BE3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AA78230F4974F91A466D1A3E44D5E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29B16-3BFD-4A48-8F7F-0BAC8779B0C1}"/>
      </w:docPartPr>
      <w:docPartBody>
        <w:p w:rsidR="00FB32F8" w:rsidRDefault="00724A40" w:rsidP="00724A40">
          <w:pPr>
            <w:pStyle w:val="CAA78230F4974F91A466D1A3E44D5E2D3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0CFA2EC4C7B4356B9A2A03A62C38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F5D85-CB3E-4A44-9637-CCF8369D9D55}"/>
      </w:docPartPr>
      <w:docPartBody>
        <w:p w:rsidR="00FB32F8" w:rsidRDefault="00724A40" w:rsidP="00724A40">
          <w:pPr>
            <w:pStyle w:val="F0CFA2EC4C7B4356B9A2A03A62C389683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380793E9EE044989EB44762814E7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11D0B-E82C-43C9-ACEC-A191B2932E65}"/>
      </w:docPartPr>
      <w:docPartBody>
        <w:p w:rsidR="00FB32F8" w:rsidRDefault="00724A40" w:rsidP="00724A40">
          <w:pPr>
            <w:pStyle w:val="9380793E9EE044989EB44762814E78B63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E951C26B4874E2787CBE628EA2C2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264B1-7029-4E4B-B362-40B4EA5114CB}"/>
      </w:docPartPr>
      <w:docPartBody>
        <w:p w:rsidR="00FB32F8" w:rsidRDefault="00724A40" w:rsidP="00724A40">
          <w:pPr>
            <w:pStyle w:val="0E951C26B4874E2787CBE628EA2C20943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7E5AC0373094234B85BEF415F1A89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B2388E-C272-4943-B48F-BBC861F70C42}"/>
      </w:docPartPr>
      <w:docPartBody>
        <w:p w:rsidR="00FB32F8" w:rsidRDefault="00724A40" w:rsidP="00724A40">
          <w:pPr>
            <w:pStyle w:val="07E5AC0373094234B85BEF415F1A89983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3ED87B2022A34B2198DC2B217B191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83268-A1D0-414B-9E4C-274FBCEDF1FC}"/>
      </w:docPartPr>
      <w:docPartBody>
        <w:p w:rsidR="00FB32F8" w:rsidRDefault="00724A40" w:rsidP="00724A40">
          <w:pPr>
            <w:pStyle w:val="3ED87B2022A34B2198DC2B217B191AF13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784E538356841158C171F82ADDD5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B5282-FD07-4F29-B2DF-18CFE9726881}"/>
      </w:docPartPr>
      <w:docPartBody>
        <w:p w:rsidR="00866E32" w:rsidRDefault="00724A40" w:rsidP="00724A40">
          <w:pPr>
            <w:pStyle w:val="E784E538356841158C171F82ADDD532E3"/>
          </w:pPr>
          <w:r w:rsidRPr="00446759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A52E9F0F3C3549C29B060FC2F2A6D5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D4201-BD6A-4DAB-AB1B-0CB0DC782216}"/>
      </w:docPartPr>
      <w:docPartBody>
        <w:p w:rsidR="00866E32" w:rsidRDefault="00724A40" w:rsidP="00724A40">
          <w:pPr>
            <w:pStyle w:val="A52E9F0F3C3549C29B060FC2F2A6D5783"/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136CB3F2E58949E09F2EAE0D704C7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72621-4597-4216-BC04-C30185824784}"/>
      </w:docPartPr>
      <w:docPartBody>
        <w:p w:rsidR="00866E32" w:rsidRDefault="00724A40" w:rsidP="00724A40">
          <w:pPr>
            <w:pStyle w:val="136CB3F2E58949E09F2EAE0D704C7EE03"/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F98BD6A7E484DF08110B1C4E624D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18609-F20C-4529-ABA2-5109F4885419}"/>
      </w:docPartPr>
      <w:docPartBody>
        <w:p w:rsidR="00866E32" w:rsidRDefault="00724A40" w:rsidP="00724A40">
          <w:pPr>
            <w:pStyle w:val="9F98BD6A7E484DF08110B1C4E624D3D0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3C5AFA5E7E4902A9BB228B214E5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779EC-FA3C-4FD2-8E32-369D0D2FA589}"/>
      </w:docPartPr>
      <w:docPartBody>
        <w:p w:rsidR="00866E32" w:rsidRDefault="00724A40" w:rsidP="00724A40">
          <w:pPr>
            <w:pStyle w:val="233C5AFA5E7E4902A9BB228B214E5792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8839E78C2545FD826212E931A37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12E05B-A3D6-4E97-8A6E-F29C8DCFDB1D}"/>
      </w:docPartPr>
      <w:docPartBody>
        <w:p w:rsidR="00866E32" w:rsidRDefault="00724A40" w:rsidP="00724A40">
          <w:pPr>
            <w:pStyle w:val="1B8839E78C2545FD826212E931A37F3B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B61E07360347BCBC59BA9F385F7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78943-DE9A-4924-872C-15CCE11D74A6}"/>
      </w:docPartPr>
      <w:docPartBody>
        <w:p w:rsidR="00866E32" w:rsidRDefault="00724A40" w:rsidP="00724A40">
          <w:pPr>
            <w:pStyle w:val="69B61E07360347BCBC59BA9F385F7236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3653A43C104BD19568C0A6A4225B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C0BB3F-045A-4BAB-92EB-1A04E3D9D43F}"/>
      </w:docPartPr>
      <w:docPartBody>
        <w:p w:rsidR="00866E32" w:rsidRDefault="00724A40" w:rsidP="00724A40">
          <w:pPr>
            <w:pStyle w:val="1B3653A43C104BD19568C0A6A4225B7F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ADD47DEE724B839CD6026B1BF75A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291A8-F484-4BB9-8846-C1B8F35BA8ED}"/>
      </w:docPartPr>
      <w:docPartBody>
        <w:p w:rsidR="00866E32" w:rsidRDefault="00724A40" w:rsidP="00724A40">
          <w:pPr>
            <w:pStyle w:val="EEADD47DEE724B839CD6026B1BF75AA93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636CEBDA55446F2B898CE82D65A7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64DA02-F66D-478A-936F-27E433FF3BBB}"/>
      </w:docPartPr>
      <w:docPartBody>
        <w:p w:rsidR="00866E32" w:rsidRDefault="00724A40" w:rsidP="00724A40">
          <w:pPr>
            <w:pStyle w:val="2636CEBDA55446F2B898CE82D65A7F193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B1AD7A19AFD34107A93F340107E98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F282F6-687A-4C59-99CF-884144880502}"/>
      </w:docPartPr>
      <w:docPartBody>
        <w:p w:rsidR="00866E32" w:rsidRDefault="00724A40" w:rsidP="00724A40">
          <w:pPr>
            <w:pStyle w:val="B1AD7A19AFD34107A93F340107E987C9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6A75EF89754CCCA94133C3ED148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E0FB0-CB23-4A52-9EA4-D532E1C29D57}"/>
      </w:docPartPr>
      <w:docPartBody>
        <w:p w:rsidR="00866E32" w:rsidRDefault="00724A40" w:rsidP="00724A40">
          <w:pPr>
            <w:pStyle w:val="886A75EF89754CCCA94133C3ED148370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D57F54BA834AB1B5607992871117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7E4660-D68B-4E91-BECB-84B53041CEB0}"/>
      </w:docPartPr>
      <w:docPartBody>
        <w:p w:rsidR="00866E32" w:rsidRDefault="00724A40" w:rsidP="00724A40">
          <w:pPr>
            <w:pStyle w:val="5ED57F54BA834AB1B5607992871117D0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FABCABA0B9461DA7D3E68645D5FA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27A21-7C12-4F7C-B26D-BC731D9D3327}"/>
      </w:docPartPr>
      <w:docPartBody>
        <w:p w:rsidR="00866E32" w:rsidRDefault="00724A40" w:rsidP="00724A40">
          <w:pPr>
            <w:pStyle w:val="6DFABCABA0B9461DA7D3E68645D5FAB7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90A19DFEA52488BB99915162C939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AD4C1-B93A-4C83-A922-33F676BFAD5F}"/>
      </w:docPartPr>
      <w:docPartBody>
        <w:p w:rsidR="00866E32" w:rsidRDefault="00724A40" w:rsidP="00724A40">
          <w:pPr>
            <w:pStyle w:val="D90A19DFEA52488BB99915162C93968C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1563FD68FD43D5BA165673FF6D1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ABF75-529B-455E-B81A-D7AEB6FCF9D7}"/>
      </w:docPartPr>
      <w:docPartBody>
        <w:p w:rsidR="00866E32" w:rsidRDefault="00724A40" w:rsidP="00724A40">
          <w:pPr>
            <w:pStyle w:val="521563FD68FD43D5BA165673FF6D1378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408CFFC6BA4AA5A655C4CB9E8D3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4A3E5-029B-4B7B-ACB2-88540755CD8B}"/>
      </w:docPartPr>
      <w:docPartBody>
        <w:p w:rsidR="00866E32" w:rsidRDefault="00724A40" w:rsidP="00724A40">
          <w:pPr>
            <w:pStyle w:val="AE408CFFC6BA4AA5A655C4CB9E8D33BD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7C883E787A7487E8AC9A2460D0D6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CF150-83FF-4F4E-8568-AE575AA626C3}"/>
      </w:docPartPr>
      <w:docPartBody>
        <w:p w:rsidR="00866E32" w:rsidRDefault="00724A40" w:rsidP="00724A40">
          <w:pPr>
            <w:pStyle w:val="77C883E787A7487E8AC9A2460D0D6120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DFABB6305204921AB41714CDBEF1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1CCC7-EC6E-4235-AE3F-C914F0C4399F}"/>
      </w:docPartPr>
      <w:docPartBody>
        <w:p w:rsidR="00866E32" w:rsidRDefault="00724A40" w:rsidP="00724A40">
          <w:pPr>
            <w:pStyle w:val="EDFABB6305204921AB41714CDBEF1F2C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948876AF22424CB7ED2F5AF92F9C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3A816-F1A3-41C6-9F4B-FEE33DF23F86}"/>
      </w:docPartPr>
      <w:docPartBody>
        <w:p w:rsidR="00866E32" w:rsidRDefault="00724A40" w:rsidP="00724A40">
          <w:pPr>
            <w:pStyle w:val="39948876AF22424CB7ED2F5AF92F9C43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EA29DA30454295831DD7CCFD0893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2FC8B-6295-4D64-BF9F-CC8772FA8AF8}"/>
      </w:docPartPr>
      <w:docPartBody>
        <w:p w:rsidR="00866E32" w:rsidRDefault="00724A40" w:rsidP="00724A40">
          <w:pPr>
            <w:pStyle w:val="4EEA29DA30454295831DD7CCFD08932C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33AAC1D2E844FBBD43F6EDC271D0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ABE6B1-A430-432E-BDD1-1367EABFB184}"/>
      </w:docPartPr>
      <w:docPartBody>
        <w:p w:rsidR="00724A40" w:rsidRDefault="00724A40" w:rsidP="00724A40">
          <w:pPr>
            <w:pStyle w:val="FF33AAC1D2E844FBBD43F6EDC271D0FC3"/>
          </w:pPr>
          <w:r w:rsidRPr="00137AD7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A090FA0BA5794AC5AC717DD711E33C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31D745-2D99-4D3A-B3FA-BC9F2E0BC9F0}"/>
      </w:docPartPr>
      <w:docPartBody>
        <w:p w:rsidR="00C73AF8" w:rsidRDefault="00724A40" w:rsidP="00724A40">
          <w:pPr>
            <w:pStyle w:val="A090FA0BA5794AC5AC717DD711E33CBF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0DCF34BD304046A80B744FE313EC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B99629-C255-4A78-B8D4-D45017918777}"/>
      </w:docPartPr>
      <w:docPartBody>
        <w:p w:rsidR="00C73AF8" w:rsidRDefault="00724A40" w:rsidP="00724A40">
          <w:pPr>
            <w:pStyle w:val="720DCF34BD304046A80B744FE313EC8D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E6A3066A2874823A6138F2009EB4F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B47D4-1482-46B3-B25B-91916B61E7AE}"/>
      </w:docPartPr>
      <w:docPartBody>
        <w:p w:rsidR="00C73AF8" w:rsidRDefault="00724A40" w:rsidP="00724A40">
          <w:pPr>
            <w:pStyle w:val="7E6A3066A2874823A6138F2009EB4F8E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F3787E2D6CD437D958559317278BA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37BB5-FBDE-4FCD-983D-6791B9670860}"/>
      </w:docPartPr>
      <w:docPartBody>
        <w:p w:rsidR="00C73AF8" w:rsidRDefault="00724A40" w:rsidP="00724A40">
          <w:pPr>
            <w:pStyle w:val="EF3787E2D6CD437D958559317278BA37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2AD3B9F6384CAEA9353EA2904413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DC0D79-5411-49DD-A53F-EE27A65865E8}"/>
      </w:docPartPr>
      <w:docPartBody>
        <w:p w:rsidR="00C73AF8" w:rsidRDefault="00724A40" w:rsidP="00724A40">
          <w:pPr>
            <w:pStyle w:val="AE2AD3B9F6384CAEA9353EA290441332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AE43D795DD4C2BA30FD59691E211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1F1C38-0CBD-41F9-A2AD-99C65C6EEB16}"/>
      </w:docPartPr>
      <w:docPartBody>
        <w:p w:rsidR="00C73AF8" w:rsidRDefault="00724A40" w:rsidP="00724A40">
          <w:pPr>
            <w:pStyle w:val="75AE43D795DD4C2BA30FD59691E21176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053F17F6894268A992542D36635B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D1880-CBD4-4D98-91AA-D1FABB24CD82}"/>
      </w:docPartPr>
      <w:docPartBody>
        <w:p w:rsidR="00C73AF8" w:rsidRDefault="00724A40" w:rsidP="00724A40">
          <w:pPr>
            <w:pStyle w:val="C7053F17F6894268A992542D36635BF0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4396752B64498AA38F776F45257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7F42C1-2F93-4947-9CFD-886F20A558CC}"/>
      </w:docPartPr>
      <w:docPartBody>
        <w:p w:rsidR="00C73AF8" w:rsidRDefault="00724A40" w:rsidP="00724A40">
          <w:pPr>
            <w:pStyle w:val="E94396752B64498AA38F776F4525745B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EF752B72EA40298F4D5446F574A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78ECD-8582-4D2A-ABE9-6E3FF5D2B797}"/>
      </w:docPartPr>
      <w:docPartBody>
        <w:p w:rsidR="00C73AF8" w:rsidRDefault="00724A40" w:rsidP="00724A40">
          <w:pPr>
            <w:pStyle w:val="19EF752B72EA40298F4D5446F574AE07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150FC10C07D54A89B954D87631C13C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604E1-D7AF-4CB9-A500-C8B3DA9F2CF0}"/>
      </w:docPartPr>
      <w:docPartBody>
        <w:p w:rsidR="00C73AF8" w:rsidRDefault="00724A40" w:rsidP="00724A40">
          <w:pPr>
            <w:pStyle w:val="150FC10C07D54A89B954D87631C13C02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525A78D52909475AB9E852DA4B61BE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8AA06-5AE4-4318-85FD-FBE266A0E7CD}"/>
      </w:docPartPr>
      <w:docPartBody>
        <w:p w:rsidR="00C73AF8" w:rsidRDefault="00724A40" w:rsidP="00724A40">
          <w:pPr>
            <w:pStyle w:val="525A78D52909475AB9E852DA4B61BEDB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04A461515D471D8D6FC7EA50B341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BEC718-6EBE-4E2C-96E1-8CE9FA476C31}"/>
      </w:docPartPr>
      <w:docPartBody>
        <w:p w:rsidR="00C73AF8" w:rsidRDefault="00724A40" w:rsidP="00724A40">
          <w:pPr>
            <w:pStyle w:val="A704A461515D471D8D6FC7EA50B34197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79DC2D9B1645DC97D44B8251F08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1848A0-A406-4026-9392-A1F7B6EF0701}"/>
      </w:docPartPr>
      <w:docPartBody>
        <w:p w:rsidR="00C73AF8" w:rsidRDefault="00724A40" w:rsidP="00724A40">
          <w:pPr>
            <w:pStyle w:val="C479DC2D9B1645DC97D44B8251F08D6F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F8A1A819C44A348A91ADE8A4DB2D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40F875-B818-4D66-BBAB-82205B590E19}"/>
      </w:docPartPr>
      <w:docPartBody>
        <w:p w:rsidR="00C73AF8" w:rsidRDefault="00724A40" w:rsidP="00724A40">
          <w:pPr>
            <w:pStyle w:val="08F8A1A819C44A348A91ADE8A4DB2D02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0C15532E104FD0955B923EA875F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A7402-E4E9-4FE2-9B26-01A9F86E02AB}"/>
      </w:docPartPr>
      <w:docPartBody>
        <w:p w:rsidR="00C73AF8" w:rsidRDefault="00724A40" w:rsidP="00724A40">
          <w:pPr>
            <w:pStyle w:val="5E0C15532E104FD0955B923EA875F6F0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93F09032E8405FB87C59C4F0E87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7B159D-223B-43E4-8843-ABBAB146AF16}"/>
      </w:docPartPr>
      <w:docPartBody>
        <w:p w:rsidR="00C73AF8" w:rsidRDefault="00724A40" w:rsidP="00724A40">
          <w:pPr>
            <w:pStyle w:val="9D93F09032E8405FB87C59C4F0E874AD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9F5EFFE296F4104AC12D83E105B8D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4724AB-3F32-47B1-8994-789F376878AF}"/>
      </w:docPartPr>
      <w:docPartBody>
        <w:p w:rsidR="00C73AF8" w:rsidRDefault="00724A40" w:rsidP="00724A40">
          <w:pPr>
            <w:pStyle w:val="F9F5EFFE296F4104AC12D83E105B8DD5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16712F436C014F0499E34EAABAA56C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C93965-2B4C-4498-9988-10B3BCAE2FB8}"/>
      </w:docPartPr>
      <w:docPartBody>
        <w:p w:rsidR="00C73AF8" w:rsidRDefault="00724A40" w:rsidP="00724A40">
          <w:pPr>
            <w:pStyle w:val="16712F436C014F0499E34EAABAA56CC2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5760F5C80B4655820229D13443B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83C937-C90A-4A59-9F55-611CE8080156}"/>
      </w:docPartPr>
      <w:docPartBody>
        <w:p w:rsidR="00C73AF8" w:rsidRDefault="00724A40" w:rsidP="00724A40">
          <w:pPr>
            <w:pStyle w:val="075760F5C80B4655820229D13443B0E2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966D1E99A24B1B86B59F77224A36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0F9F18-794F-41CA-BE9E-7C9A17965F68}"/>
      </w:docPartPr>
      <w:docPartBody>
        <w:p w:rsidR="00C73AF8" w:rsidRDefault="00724A40" w:rsidP="00724A40">
          <w:pPr>
            <w:pStyle w:val="A8966D1E99A24B1B86B59F77224A3621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4A74A2288543E3867405059A4E52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BDA63-0C57-4BC1-8DBA-33975885F8FD}"/>
      </w:docPartPr>
      <w:docPartBody>
        <w:p w:rsidR="00C73AF8" w:rsidRDefault="00724A40" w:rsidP="00724A40">
          <w:pPr>
            <w:pStyle w:val="D44A74A2288543E3867405059A4E52ED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D380108A714A54B553069EF8B92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EB5D4-FBFC-412F-BEB3-33BC6DE66423}"/>
      </w:docPartPr>
      <w:docPartBody>
        <w:p w:rsidR="00C73AF8" w:rsidRDefault="00724A40" w:rsidP="00724A40">
          <w:pPr>
            <w:pStyle w:val="14D380108A714A54B553069EF8B9224B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149B13A6144A888F402D180EC1C5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BC033-598B-45C0-9D04-2F8B405F39B7}"/>
      </w:docPartPr>
      <w:docPartBody>
        <w:p w:rsidR="00C73AF8" w:rsidRDefault="00724A40" w:rsidP="00724A40">
          <w:pPr>
            <w:pStyle w:val="F3149B13A6144A888F402D180EC1C5EA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A52E3B218548A69313079785DAC1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520F0C-AF18-4083-9C77-01CD40E67114}"/>
      </w:docPartPr>
      <w:docPartBody>
        <w:p w:rsidR="00C73AF8" w:rsidRDefault="00724A40" w:rsidP="00724A40">
          <w:pPr>
            <w:pStyle w:val="02A52E3B218548A69313079785DAC1FE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1008B58E68024BACAFB867A714BA2C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11C4BE-144F-4D68-928D-E091D14E828C}"/>
      </w:docPartPr>
      <w:docPartBody>
        <w:p w:rsidR="00C73AF8" w:rsidRDefault="00724A40" w:rsidP="00724A40">
          <w:pPr>
            <w:pStyle w:val="1008B58E68024BACAFB867A714BA2C01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C850C2647F9E4876A4CEA16AB936D1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2A900-FE04-4A80-BABD-E91DD3B6EFCB}"/>
      </w:docPartPr>
      <w:docPartBody>
        <w:p w:rsidR="00C73AF8" w:rsidRDefault="00724A40" w:rsidP="00724A40">
          <w:pPr>
            <w:pStyle w:val="C850C2647F9E4876A4CEA16AB936D193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100737F25D4A0BBB60058BC4DBE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0B80F-3D62-4545-9CF9-85298B9E7A51}"/>
      </w:docPartPr>
      <w:docPartBody>
        <w:p w:rsidR="00C73AF8" w:rsidRDefault="00724A40" w:rsidP="00724A40">
          <w:pPr>
            <w:pStyle w:val="02100737F25D4A0BBB60058BC4DBE10B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B69D45F85A49EB9C04E47A72665C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FC1124-0C0B-42F9-ADA8-9E1F930146BF}"/>
      </w:docPartPr>
      <w:docPartBody>
        <w:p w:rsidR="00C73AF8" w:rsidRDefault="00724A40" w:rsidP="00724A40">
          <w:pPr>
            <w:pStyle w:val="CDB69D45F85A49EB9C04E47A72665C98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36A35E921845CD80DB16EF2D1429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350BC-ED42-43DC-BD3E-A6B3BE119B0A}"/>
      </w:docPartPr>
      <w:docPartBody>
        <w:p w:rsidR="00C73AF8" w:rsidRDefault="00724A40" w:rsidP="00724A40">
          <w:pPr>
            <w:pStyle w:val="3F36A35E921845CD80DB16EF2D142991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068B50590F49D3B4974CE2276580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4899C-9EB1-42A6-A41B-9AF783F47E69}"/>
      </w:docPartPr>
      <w:docPartBody>
        <w:p w:rsidR="00C73AF8" w:rsidRDefault="00724A40" w:rsidP="00724A40">
          <w:pPr>
            <w:pStyle w:val="F7068B50590F49D3B4974CE22765804C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0715BA000149D89B210C0F325427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4AF4B3-23CF-4125-A212-59EEB20B3C90}"/>
      </w:docPartPr>
      <w:docPartBody>
        <w:p w:rsidR="00C73AF8" w:rsidRDefault="00724A40" w:rsidP="00724A40">
          <w:pPr>
            <w:pStyle w:val="F40715BA000149D89B210C0F325427B8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D5337F177E343349C448BE53E4B90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E9DF93-7CA1-4306-BBF5-D15E9C5C9B9C}"/>
      </w:docPartPr>
      <w:docPartBody>
        <w:p w:rsidR="00C73AF8" w:rsidRDefault="00724A40" w:rsidP="00724A40">
          <w:pPr>
            <w:pStyle w:val="9D5337F177E343349C448BE53E4B90CB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015B9677F0BA4F62B004E92868B3FA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EDF8D-1E42-4DA8-8A05-5D79EBAF1350}"/>
      </w:docPartPr>
      <w:docPartBody>
        <w:p w:rsidR="00C73AF8" w:rsidRDefault="00724A40" w:rsidP="00724A40">
          <w:pPr>
            <w:pStyle w:val="015B9677F0BA4F62B004E92868B3FA86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977C01DA24402D8935608B4B98B1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04C529-2B7B-44DC-9552-1906D9DA4FA0}"/>
      </w:docPartPr>
      <w:docPartBody>
        <w:p w:rsidR="00C73AF8" w:rsidRDefault="00724A40" w:rsidP="00724A40">
          <w:pPr>
            <w:pStyle w:val="66977C01DA24402D8935608B4B98B19B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F940C0F8AE44D08BC10ABAA283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608C4F-4E33-4D1C-B452-D637FADB79DF}"/>
      </w:docPartPr>
      <w:docPartBody>
        <w:p w:rsidR="00C73AF8" w:rsidRDefault="00724A40" w:rsidP="00724A40">
          <w:pPr>
            <w:pStyle w:val="D0F940C0F8AE44D08BC10ABAA283F353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888D7E51B94BDEB7A797FC029DF0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79CDA4-F275-4DE8-BAED-8CC72EA62637}"/>
      </w:docPartPr>
      <w:docPartBody>
        <w:p w:rsidR="00C73AF8" w:rsidRDefault="00724A40" w:rsidP="00724A40">
          <w:pPr>
            <w:pStyle w:val="B5888D7E51B94BDEB7A797FC029DF0D0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CF958E8C5E46F1A639E89F745A0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7BA1A1-144B-436C-A3C8-46212CD891E7}"/>
      </w:docPartPr>
      <w:docPartBody>
        <w:p w:rsidR="00C73AF8" w:rsidRDefault="00724A40" w:rsidP="00724A40">
          <w:pPr>
            <w:pStyle w:val="0BCF958E8C5E46F1A639E89F745A047C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7A03E0DD24434796968B012CD9E3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6AD8B4-FAD5-45AB-A8E5-DACAA01E3E7E}"/>
      </w:docPartPr>
      <w:docPartBody>
        <w:p w:rsidR="00C73AF8" w:rsidRDefault="00724A40" w:rsidP="00724A40">
          <w:pPr>
            <w:pStyle w:val="327A03E0DD24434796968B012CD9E341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4E25CFE0B6B4CABA37120E23ECBC6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CF503-DE17-446F-818C-B269F43C2FF1}"/>
      </w:docPartPr>
      <w:docPartBody>
        <w:p w:rsidR="00C73AF8" w:rsidRDefault="00724A40" w:rsidP="00724A40">
          <w:pPr>
            <w:pStyle w:val="A4E25CFE0B6B4CABA37120E23ECBC6E7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5B1B67AE2C22493689508F2814CF0D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F05D38-6AB8-43A1-B582-C65930AF23BE}"/>
      </w:docPartPr>
      <w:docPartBody>
        <w:p w:rsidR="00C73AF8" w:rsidRDefault="00724A40" w:rsidP="00724A40">
          <w:pPr>
            <w:pStyle w:val="5B1B67AE2C22493689508F2814CF0D44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ACF1B8CA7346B4A3F8C8FA6D7016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462E24-13F6-4074-A29C-056F499857DF}"/>
      </w:docPartPr>
      <w:docPartBody>
        <w:p w:rsidR="00C73AF8" w:rsidRDefault="00724A40" w:rsidP="00724A40">
          <w:pPr>
            <w:pStyle w:val="79ACF1B8CA7346B4A3F8C8FA6D7016C6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79068F6A88457FA542492F3FAE4D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76BAD9-8B0F-463B-9DAA-276C3F492175}"/>
      </w:docPartPr>
      <w:docPartBody>
        <w:p w:rsidR="00C73AF8" w:rsidRDefault="00724A40" w:rsidP="00724A40">
          <w:pPr>
            <w:pStyle w:val="1C79068F6A88457FA542492F3FAE4D44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3272941C9A42FBAFBE9C5840DE2F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B352FF-7D19-4A24-BECD-8EFD18E8A72A}"/>
      </w:docPartPr>
      <w:docPartBody>
        <w:p w:rsidR="00C73AF8" w:rsidRDefault="00724A40" w:rsidP="00724A40">
          <w:pPr>
            <w:pStyle w:val="1E3272941C9A42FBAFBE9C5840DE2FC53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73826EDB96EE4613AA3FCF7B97A73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2944DA-FEC7-4C37-9D13-DFB71FC6ABCE}"/>
      </w:docPartPr>
      <w:docPartBody>
        <w:p w:rsidR="00C73AF8" w:rsidRDefault="00724A40" w:rsidP="00724A40">
          <w:pPr>
            <w:pStyle w:val="73826EDB96EE4613AA3FCF7B97A73997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08C319F8654DB2A0DE4ED73C0B7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F8280-0FA2-46DF-AE66-9D083E69A665}"/>
      </w:docPartPr>
      <w:docPartBody>
        <w:p w:rsidR="00C73AF8" w:rsidRDefault="00724A40" w:rsidP="00724A40">
          <w:pPr>
            <w:pStyle w:val="D108C319F8654DB2A0DE4ED73C0B7C93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537FF9817647B68B529D2732C6C5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190543-BCCA-4E0D-A2E2-61ED48894805}"/>
      </w:docPartPr>
      <w:docPartBody>
        <w:p w:rsidR="00C73AF8" w:rsidRDefault="00724A40" w:rsidP="00724A40">
          <w:pPr>
            <w:pStyle w:val="45537FF9817647B68B529D2732C6C516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F714731E0649CDBFDBAC64ACE6E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C7D6A-EC70-4879-9433-58D7AC805D00}"/>
      </w:docPartPr>
      <w:docPartBody>
        <w:p w:rsidR="00C73AF8" w:rsidRDefault="00724A40" w:rsidP="00724A40">
          <w:pPr>
            <w:pStyle w:val="40F714731E0649CDBFDBAC64ACE6E5FB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52389ED8B008450CA4778B1F2DF9C2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924D3B-EF30-46F8-A94D-45C8BED18F19}"/>
      </w:docPartPr>
      <w:docPartBody>
        <w:p w:rsidR="00C73AF8" w:rsidRDefault="00724A40" w:rsidP="00724A40">
          <w:pPr>
            <w:pStyle w:val="52389ED8B008450CA4778B1F2DF9C2183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A0D81D9C48914496872D737182548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D8BA45-AA05-43FD-A17D-84166A577FCE}"/>
      </w:docPartPr>
      <w:docPartBody>
        <w:p w:rsidR="00C73AF8" w:rsidRDefault="00724A40" w:rsidP="00724A40">
          <w:pPr>
            <w:pStyle w:val="A0D81D9C48914496872D73718254846B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C45C1231A34000A2E6EA6C0FBB7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CC6CAC-279B-46F2-BA11-E60ED9A8795A}"/>
      </w:docPartPr>
      <w:docPartBody>
        <w:p w:rsidR="00C73AF8" w:rsidRDefault="00724A40" w:rsidP="00724A40">
          <w:pPr>
            <w:pStyle w:val="78C45C1231A34000A2E6EA6C0FBB78F4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9BAA0F21EE401AA4E4AEF255764D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A5E28E-52C4-4028-8293-2DE008198E29}"/>
      </w:docPartPr>
      <w:docPartBody>
        <w:p w:rsidR="00C73AF8" w:rsidRDefault="00724A40" w:rsidP="00724A40">
          <w:pPr>
            <w:pStyle w:val="189BAA0F21EE401AA4E4AEF255764DCB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87DF6DF0F841CB9A70E144A5BC2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C66395-AD41-48D2-8E7F-090146E77371}"/>
      </w:docPartPr>
      <w:docPartBody>
        <w:p w:rsidR="00C73AF8" w:rsidRDefault="00724A40" w:rsidP="00724A40">
          <w:pPr>
            <w:pStyle w:val="D087DF6DF0F841CB9A70E144A5BC2E20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6FA81B98C7214B19A7B39A54715AE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5F627-ADF4-43B0-A953-818DCDEC8551}"/>
      </w:docPartPr>
      <w:docPartBody>
        <w:p w:rsidR="00C73AF8" w:rsidRDefault="00724A40" w:rsidP="00724A40">
          <w:pPr>
            <w:pStyle w:val="6FA81B98C7214B19A7B39A54715AE3A7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263252094F410FBE35EF6AF580FB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440AB-7373-4B4D-814E-8C3A96BF6345}"/>
      </w:docPartPr>
      <w:docPartBody>
        <w:p w:rsidR="00C73AF8" w:rsidRDefault="00724A40" w:rsidP="00724A40">
          <w:pPr>
            <w:pStyle w:val="3B263252094F410FBE35EF6AF580FB84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64CC2EE9EA4474962892B82322C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2A0D4-A568-4D24-BBC2-A4989F0E0A84}"/>
      </w:docPartPr>
      <w:docPartBody>
        <w:p w:rsidR="00C73AF8" w:rsidRDefault="00724A40" w:rsidP="00724A40">
          <w:pPr>
            <w:pStyle w:val="1A64CC2EE9EA4474962892B82322C1A8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2B4FC92EE6486BB6325F3B56528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4829C8-3572-4678-B5B2-EE8C14898503}"/>
      </w:docPartPr>
      <w:docPartBody>
        <w:p w:rsidR="00C73AF8" w:rsidRDefault="00724A40" w:rsidP="00724A40">
          <w:pPr>
            <w:pStyle w:val="842B4FC92EE6486BB6325F3B565287FC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F1EC9326B74389B49A76BD38D396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91059-034A-4D39-BFEA-118B4E115884}"/>
      </w:docPartPr>
      <w:docPartBody>
        <w:p w:rsidR="00C73AF8" w:rsidRDefault="00724A40" w:rsidP="00724A40">
          <w:pPr>
            <w:pStyle w:val="4CF1EC9326B74389B49A76BD38D39684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9EC4D83D7B455183DAAD1EA6D74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68D7A6-64C1-41EC-97E4-587649637FC4}"/>
      </w:docPartPr>
      <w:docPartBody>
        <w:p w:rsidR="00C73AF8" w:rsidRDefault="00724A40" w:rsidP="00724A40">
          <w:pPr>
            <w:pStyle w:val="299EC4D83D7B455183DAAD1EA6D7428D3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77B90CA9A7B64375AFB95515D6FF8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18550D-2534-4759-8BBA-2F87E8E87CE5}"/>
      </w:docPartPr>
      <w:docPartBody>
        <w:p w:rsidR="00C73AF8" w:rsidRDefault="00724A40" w:rsidP="00724A40">
          <w:pPr>
            <w:pStyle w:val="77B90CA9A7B64375AFB95515D6FF8CB2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4FF5E8B1AC481D982AB29014B11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FC2313-F115-4CCB-9F56-4FCD084A4F06}"/>
      </w:docPartPr>
      <w:docPartBody>
        <w:p w:rsidR="00C73AF8" w:rsidRDefault="00724A40" w:rsidP="00724A40">
          <w:pPr>
            <w:pStyle w:val="9F4FF5E8B1AC481D982AB29014B1116D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4FA815530D48EE8E2ABFC68E94CD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682F46-7D9F-4CCB-83C5-94E27406051B}"/>
      </w:docPartPr>
      <w:docPartBody>
        <w:p w:rsidR="00C73AF8" w:rsidRDefault="00724A40" w:rsidP="00724A40">
          <w:pPr>
            <w:pStyle w:val="124FA815530D48EE8E2ABFC68E94CDD1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F260E5FC2F4C7989F71248374B00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8DFF7-5A45-492A-A980-53759B7FE170}"/>
      </w:docPartPr>
      <w:docPartBody>
        <w:p w:rsidR="00C73AF8" w:rsidRDefault="00724A40" w:rsidP="00724A40">
          <w:pPr>
            <w:pStyle w:val="39F260E5FC2F4C7989F71248374B0018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D1514CBB6741AC993B3EF0950A73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537F66-66AD-42BF-975D-5509949F583C}"/>
      </w:docPartPr>
      <w:docPartBody>
        <w:p w:rsidR="00C73AF8" w:rsidRDefault="00724A40" w:rsidP="00724A40">
          <w:pPr>
            <w:pStyle w:val="3BD1514CBB6741AC993B3EF0950A733F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AFCA3B2F8640C583802F41AEEED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AA4FF0-D346-4829-B0EB-797FDE8A998B}"/>
      </w:docPartPr>
      <w:docPartBody>
        <w:p w:rsidR="00C73AF8" w:rsidRDefault="00724A40" w:rsidP="00724A40">
          <w:pPr>
            <w:pStyle w:val="C6AFCA3B2F8640C583802F41AEEED8B43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BB0CB001AD624B23A5F15A8B8185FD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DA0A52-3DF7-41BD-B654-8EA8546A94F1}"/>
      </w:docPartPr>
      <w:docPartBody>
        <w:p w:rsidR="00C73AF8" w:rsidRDefault="00724A40" w:rsidP="00724A40">
          <w:pPr>
            <w:pStyle w:val="BB0CB001AD624B23A5F15A8B8185FDD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DFA0A20EF244408658A586FE3E6C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76076F-FD57-4529-8686-8B6AFCE70380}"/>
      </w:docPartPr>
      <w:docPartBody>
        <w:p w:rsidR="00C73AF8" w:rsidRDefault="00724A40" w:rsidP="00724A40">
          <w:pPr>
            <w:pStyle w:val="C3DFA0A20EF244408658A586FE3E6CC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A6E5B3E750489CB0C4C1899C52BD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9A24F5-0A41-429A-95F0-83FFF007C756}"/>
      </w:docPartPr>
      <w:docPartBody>
        <w:p w:rsidR="00C73AF8" w:rsidRDefault="00724A40" w:rsidP="00724A40">
          <w:pPr>
            <w:pStyle w:val="E4A6E5B3E750489CB0C4C1899C52BDD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9761C25CFF4440B675C72392C048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C96AF-9BB2-49F6-97D8-C6F51D5B389F}"/>
      </w:docPartPr>
      <w:docPartBody>
        <w:p w:rsidR="00C73AF8" w:rsidRDefault="00724A40" w:rsidP="00724A40">
          <w:pPr>
            <w:pStyle w:val="029761C25CFF4440B675C72392C0489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ACC168A6524DD3921FCBA313CE60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E1373-07B7-43B1-872F-CA3873C0CD34}"/>
      </w:docPartPr>
      <w:docPartBody>
        <w:p w:rsidR="00C73AF8" w:rsidRDefault="00724A40" w:rsidP="00724A40">
          <w:pPr>
            <w:pStyle w:val="13ACC168A6524DD3921FCBA313CE60D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E3FB5CA07F408B9EDECE34B5B70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B70F1B-8D1A-406E-A26E-1AEDF98C67F5}"/>
      </w:docPartPr>
      <w:docPartBody>
        <w:p w:rsidR="00C73AF8" w:rsidRDefault="00724A40" w:rsidP="00724A40">
          <w:pPr>
            <w:pStyle w:val="3DE3FB5CA07F408B9EDECE34B5B7099B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0934D5"/>
    <w:rsid w:val="001A7F45"/>
    <w:rsid w:val="002630F8"/>
    <w:rsid w:val="003D19D1"/>
    <w:rsid w:val="003E49E9"/>
    <w:rsid w:val="004161F5"/>
    <w:rsid w:val="005A051B"/>
    <w:rsid w:val="005E2727"/>
    <w:rsid w:val="006239E1"/>
    <w:rsid w:val="00667F4B"/>
    <w:rsid w:val="006D0099"/>
    <w:rsid w:val="00724A40"/>
    <w:rsid w:val="00866E32"/>
    <w:rsid w:val="00917BE7"/>
    <w:rsid w:val="00926343"/>
    <w:rsid w:val="009A5C93"/>
    <w:rsid w:val="00B302C0"/>
    <w:rsid w:val="00BD0B7C"/>
    <w:rsid w:val="00C73AF8"/>
    <w:rsid w:val="00E5708D"/>
    <w:rsid w:val="00F277ED"/>
    <w:rsid w:val="00F75C6A"/>
    <w:rsid w:val="00FB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24A40"/>
    <w:rPr>
      <w:color w:val="666666"/>
    </w:rPr>
  </w:style>
  <w:style w:type="paragraph" w:customStyle="1" w:styleId="0423504971984E3CA014D7D54995C960">
    <w:name w:val="0423504971984E3CA014D7D54995C960"/>
    <w:rsid w:val="004161F5"/>
  </w:style>
  <w:style w:type="paragraph" w:customStyle="1" w:styleId="1734C0B0E50C4165979C1D1CD6EF51183">
    <w:name w:val="1734C0B0E50C4165979C1D1CD6EF5118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D6CB2241074A76A75ACE4A72F3BACA3">
    <w:name w:val="F4D6CB2241074A76A75ACE4A72F3BACA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6BE9DD57B042A78E73AE6C65AB81E93">
    <w:name w:val="5C6BE9DD57B042A78E73AE6C65AB81E9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4FF17A7DD844238942618D220CAEE03">
    <w:name w:val="B94FF17A7DD844238942618D220CAEE0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5F14FB66A15431389EB3E003A7DADB13">
    <w:name w:val="D5F14FB66A15431389EB3E003A7DADB1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67E5F504CE04A3283DBB5C362BF53DD3">
    <w:name w:val="767E5F504CE04A3283DBB5C362BF53D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84E538356841158C171F82ADDD532E3">
    <w:name w:val="E784E538356841158C171F82ADDD532E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FA136DFCC9400EA3643631FD9D49AC3">
    <w:name w:val="15FA136DFCC9400EA3643631FD9D49AC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650B01579224C17841E78E78C05793F3">
    <w:name w:val="0650B01579224C17841E78E78C05793F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8EF154077D4EC492E0AA02749775EE3">
    <w:name w:val="758EF154077D4EC492E0AA02749775EE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0444590C5F4414E83C6454885D5753D3">
    <w:name w:val="60444590C5F4414E83C6454885D5753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6DC268CB3744C7AF90E558EFABE7F63">
    <w:name w:val="096DC268CB3744C7AF90E558EFABE7F6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EE3227410F4460A6706019F08584BA3">
    <w:name w:val="16EE3227410F4460A6706019F08584BA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C6ADD19D0A4F7F9AA8A8D4CCB1374F3">
    <w:name w:val="35C6ADD19D0A4F7F9AA8A8D4CCB1374F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AD4EFDEB46F4DD3B07D7D864B6EAEB23">
    <w:name w:val="0AD4EFDEB46F4DD3B07D7D864B6EAEB2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69D259CE28476AA1EB44B74A93B0DE3">
    <w:name w:val="C969D259CE28476AA1EB44B74A93B0DE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163D3241B974CB9999FF0EC5B4E2B213">
    <w:name w:val="4163D3241B974CB9999FF0EC5B4E2B21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9495584885745569DDCF4FEC1482D053">
    <w:name w:val="89495584885745569DDCF4FEC1482D05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C6F6902A3B4D4CA7D745FDDA70B68A3">
    <w:name w:val="66C6F6902A3B4D4CA7D745FDDA70B68A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D965A9EE694FECADF2476D720E7B6E3">
    <w:name w:val="4CD965A9EE694FECADF2476D720E7B6E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E232A6ADC042DB884957F020A929BA3">
    <w:name w:val="09E232A6ADC042DB884957F020A929BA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DF7FD3C5E5C4C0992D419903A5ACDD93">
    <w:name w:val="3DF7FD3C5E5C4C0992D419903A5ACDD9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DFFF9D18954E1993F5C0789B03E1793">
    <w:name w:val="CADFFF9D18954E1993F5C0789B03E179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F90F891404138BEF4C8B0986FE7063">
    <w:name w:val="657F90F891404138BEF4C8B0986FE706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113B8A854441D682CE5AC80AFB08603">
    <w:name w:val="C9113B8A854441D682CE5AC80AFB0860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98CC7936C024C2988776FBA2CC670BD3">
    <w:name w:val="A98CC7936C024C2988776FBA2CC670B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9B36F7201C45DF99CA9FA9C42900AE3">
    <w:name w:val="2E9B36F7201C45DF99CA9FA9C42900AE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814CF1CD7A47D3BB560F37A96F9D583">
    <w:name w:val="09814CF1CD7A47D3BB560F37A96F9D58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93DEAF92564508A217818A964BBBC03">
    <w:name w:val="7793DEAF92564508A217818A964BBBC0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72FF4CA11794B8A841DB2220DF10EA63">
    <w:name w:val="872FF4CA11794B8A841DB2220DF10EA6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97BD512F134974B65EC5CE1A1FFA5C3">
    <w:name w:val="4E97BD512F134974B65EC5CE1A1FFA5C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3C24FC1DD4E4C25906C3761C0E444F23">
    <w:name w:val="43C24FC1DD4E4C25906C3761C0E444F2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5B51F8A20C49259CB13015EB1213893">
    <w:name w:val="6E5B51F8A20C49259CB13015EB121389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A81B7FEB124004A04A95F11ADBD7A73">
    <w:name w:val="ACA81B7FEB124004A04A95F11ADBD7A7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F5175B57004446843F4F317C13BE7C3">
    <w:name w:val="E3F5175B57004446843F4F317C13BE7C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2E25C8BD59485F83A4E1A3EB66C1CA3">
    <w:name w:val="6E2E25C8BD59485F83A4E1A3EB66C1CA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4CADD3637F3476CAEF2795719E307AF3">
    <w:name w:val="74CADD3637F3476CAEF2795719E307AF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B27C8C8D90949D99B80C3BCC40C6DB13">
    <w:name w:val="AB27C8C8D90949D99B80C3BCC40C6DB1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E6BAA36B4CE46CCBA1107A2CA86328D3">
    <w:name w:val="BE6BAA36B4CE46CCBA1107A2CA86328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8F3A9EE91754E259AFD2F141BD88EC33">
    <w:name w:val="98F3A9EE91754E259AFD2F141BD88EC3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62792367E244C2B52C13434E400DB23">
    <w:name w:val="A562792367E244C2B52C13434E400DB2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217E49FF2B4BCCB4F3ACCCBA8620563">
    <w:name w:val="7E217E49FF2B4BCCB4F3ACCCBA862056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B6B6169038418C8F137F03A3BAC3E63">
    <w:name w:val="A6B6B6169038418C8F137F03A3BAC3E6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84038C5BAB4BC98BCFD7720888F4EA3">
    <w:name w:val="BA84038C5BAB4BC98BCFD7720888F4EA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A85F1BB5E59479D91B2E845B74103B13">
    <w:name w:val="2A85F1BB5E59479D91B2E845B74103B1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4A0FEE22AB4D08A85FAFBB84445CB93">
    <w:name w:val="734A0FEE22AB4D08A85FAFBB84445CB9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E69983638E496B87E186B118E83D053">
    <w:name w:val="3AE69983638E496B87E186B118E83D05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1B8BE8E635423EB269141E9E2912AC3">
    <w:name w:val="4E1B8BE8E635423EB269141E9E2912AC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2C19E6AA2346A4966003129C441C2C3">
    <w:name w:val="522C19E6AA2346A4966003129C441C2C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C6DBC8E8B3947CB8F9195F36B67D85A3">
    <w:name w:val="DC6DBC8E8B3947CB8F9195F36B67D85A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9487EF4E50B45EF8F8DF0A58099CB093">
    <w:name w:val="49487EF4E50B45EF8F8DF0A58099CB09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090FA0BA5794AC5AC717DD711E33CBF3">
    <w:name w:val="A090FA0BA5794AC5AC717DD711E33CBF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20DCF34BD304046A80B744FE313EC8D3">
    <w:name w:val="720DCF34BD304046A80B744FE313EC8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6A3066A2874823A6138F2009EB4F8E3">
    <w:name w:val="7E6A3066A2874823A6138F2009EB4F8E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F3787E2D6CD437D958559317278BA373">
    <w:name w:val="EF3787E2D6CD437D958559317278BA37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E2AD3B9F6384CAEA9353EA2904413323">
    <w:name w:val="AE2AD3B9F6384CAEA9353EA290441332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AE43D795DD4C2BA30FD59691E211763">
    <w:name w:val="75AE43D795DD4C2BA30FD59691E21176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7053F17F6894268A992542D36635BF03">
    <w:name w:val="C7053F17F6894268A992542D36635BF0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94396752B64498AA38F776F4525745B3">
    <w:name w:val="E94396752B64498AA38F776F4525745B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9EF752B72EA40298F4D5446F574AE073">
    <w:name w:val="19EF752B72EA40298F4D5446F574AE07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0FC10C07D54A89B954D87631C13C023">
    <w:name w:val="150FC10C07D54A89B954D87631C13C02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5A78D52909475AB9E852DA4B61BEDB3">
    <w:name w:val="525A78D52909475AB9E852DA4B61BEDB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704A461515D471D8D6FC7EA50B341973">
    <w:name w:val="A704A461515D471D8D6FC7EA50B34197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479DC2D9B1645DC97D44B8251F08D6F3">
    <w:name w:val="C479DC2D9B1645DC97D44B8251F08D6F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8F8A1A819C44A348A91ADE8A4DB2D023">
    <w:name w:val="08F8A1A819C44A348A91ADE8A4DB2D02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E0C15532E104FD0955B923EA875F6F03">
    <w:name w:val="5E0C15532E104FD0955B923EA875F6F0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D93F09032E8405FB87C59C4F0E874AD3">
    <w:name w:val="9D93F09032E8405FB87C59C4F0E874A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9F5EFFE296F4104AC12D83E105B8DD53">
    <w:name w:val="F9F5EFFE296F4104AC12D83E105B8DD5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712F436C014F0499E34EAABAA56CC23">
    <w:name w:val="16712F436C014F0499E34EAABAA56CC2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75760F5C80B4655820229D13443B0E23">
    <w:name w:val="075760F5C80B4655820229D13443B0E2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8966D1E99A24B1B86B59F77224A36213">
    <w:name w:val="A8966D1E99A24B1B86B59F77224A3621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44A74A2288543E3867405059A4E52ED3">
    <w:name w:val="D44A74A2288543E3867405059A4E52E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C5AA04D5744E5397F5B4C02E599FEC3">
    <w:name w:val="C6C5AA04D5744E5397F5B4C02E599FEC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845195F10471BB191FDF6254F450F3">
    <w:name w:val="657845195F10471BB191FDF6254F450F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261ABEBA6024587BD9BFFA89B86CBAD3">
    <w:name w:val="4261ABEBA6024587BD9BFFA89B86CBA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CE4C47E07C843CCA2D7255597D077053">
    <w:name w:val="ECE4C47E07C843CCA2D7255597D07705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444CF760006459A89EF2B7CE3AFF2D13">
    <w:name w:val="9444CF760006459A89EF2B7CE3AFF2D1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51D5A1F2414B9AB219F05CFB3EC45E3">
    <w:name w:val="A451D5A1F2414B9AB219F05CFB3EC45E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58E1C4CC73644419B96786849CD04143">
    <w:name w:val="E58E1C4CC73644419B96786849CD0414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90A19DFEA52488BB99915162C93968C3">
    <w:name w:val="D90A19DFEA52488BB99915162C93968C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1563FD68FD43D5BA165673FF6D13783">
    <w:name w:val="521563FD68FD43D5BA165673FF6D1378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E408CFFC6BA4AA5A655C4CB9E8D33BD3">
    <w:name w:val="AE408CFFC6BA4AA5A655C4CB9E8D33B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C883E787A7487E8AC9A2460D0D61203">
    <w:name w:val="77C883E787A7487E8AC9A2460D0D6120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DFABB6305204921AB41714CDBEF1F2C3">
    <w:name w:val="EDFABB6305204921AB41714CDBEF1F2C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9948876AF22424CB7ED2F5AF92F9C433">
    <w:name w:val="39948876AF22424CB7ED2F5AF92F9C43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EA29DA30454295831DD7CCFD08932C3">
    <w:name w:val="4EEA29DA30454295831DD7CCFD08932C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4D380108A714A54B553069EF8B9224B3">
    <w:name w:val="14D380108A714A54B553069EF8B9224B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3149B13A6144A888F402D180EC1C5EA3">
    <w:name w:val="F3149B13A6144A888F402D180EC1C5EA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2A52E3B218548A69313079785DAC1FE3">
    <w:name w:val="02A52E3B218548A69313079785DAC1FE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008B58E68024BACAFB867A714BA2C013">
    <w:name w:val="1008B58E68024BACAFB867A714BA2C01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850C2647F9E4876A4CEA16AB936D1933">
    <w:name w:val="C850C2647F9E4876A4CEA16AB936D193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2100737F25D4A0BBB60058BC4DBE10B3">
    <w:name w:val="02100737F25D4A0BBB60058BC4DBE10B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DB69D45F85A49EB9C04E47A72665C983">
    <w:name w:val="CDB69D45F85A49EB9C04E47A72665C98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F36A35E921845CD80DB16EF2D1429913">
    <w:name w:val="3F36A35E921845CD80DB16EF2D142991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7068B50590F49D3B4974CE22765804C3">
    <w:name w:val="F7068B50590F49D3B4974CE22765804C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0715BA000149D89B210C0F325427B83">
    <w:name w:val="F40715BA000149D89B210C0F325427B8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D5337F177E343349C448BE53E4B90CB3">
    <w:name w:val="9D5337F177E343349C448BE53E4B90CB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15B9677F0BA4F62B004E92868B3FA863">
    <w:name w:val="015B9677F0BA4F62B004E92868B3FA86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977C01DA24402D8935608B4B98B19B3">
    <w:name w:val="66977C01DA24402D8935608B4B98B19B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0F940C0F8AE44D08BC10ABAA283F3533">
    <w:name w:val="D0F940C0F8AE44D08BC10ABAA283F353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5888D7E51B94BDEB7A797FC029DF0D03">
    <w:name w:val="B5888D7E51B94BDEB7A797FC029DF0D0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BCF958E8C5E46F1A639E89F745A047C3">
    <w:name w:val="0BCF958E8C5E46F1A639E89F745A047C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27A03E0DD24434796968B012CD9E3413">
    <w:name w:val="327A03E0DD24434796968B012CD9E341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E25CFE0B6B4CABA37120E23ECBC6E73">
    <w:name w:val="A4E25CFE0B6B4CABA37120E23ECBC6E7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B1B67AE2C22493689508F2814CF0D443">
    <w:name w:val="5B1B67AE2C22493689508F2814CF0D44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9ACF1B8CA7346B4A3F8C8FA6D7016C63">
    <w:name w:val="79ACF1B8CA7346B4A3F8C8FA6D7016C6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C79068F6A88457FA542492F3FAE4D443">
    <w:name w:val="1C79068F6A88457FA542492F3FAE4D44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4E4ABAE5DA465E97A6237A7809538C3">
    <w:name w:val="CA4E4ABAE5DA465E97A6237A7809538C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6AE4FD73954CA688AAE317B321396B3">
    <w:name w:val="156AE4FD73954CA688AAE317B321396B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5A277E4DAE4119840AF2E2D970FC5F3">
    <w:name w:val="6D5A277E4DAE4119840AF2E2D970FC5F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6FFECF142C4598987272C037E4807A3">
    <w:name w:val="586FFECF142C4598987272C037E4807A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B6E5FECABF45829BB384A56029A28D3">
    <w:name w:val="0FB6E5FECABF45829BB384A56029A28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636CEBDA55446F2B898CE82D65A7F193">
    <w:name w:val="2636CEBDA55446F2B898CE82D65A7F19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1AD7A19AFD34107A93F340107E987C93">
    <w:name w:val="B1AD7A19AFD34107A93F340107E987C9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86A75EF89754CCCA94133C3ED1483703">
    <w:name w:val="886A75EF89754CCCA94133C3ED148370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ED57F54BA834AB1B5607992871117D03">
    <w:name w:val="5ED57F54BA834AB1B5607992871117D0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FABCABA0B9461DA7D3E68645D5FAB73">
    <w:name w:val="6DFABCABA0B9461DA7D3E68645D5FAB7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E3272941C9A42FBAFBE9C5840DE2FC53">
    <w:name w:val="1E3272941C9A42FBAFBE9C5840DE2FC5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826EDB96EE4613AA3FCF7B97A739973">
    <w:name w:val="73826EDB96EE4613AA3FCF7B97A73997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108C319F8654DB2A0DE4ED73C0B7C933">
    <w:name w:val="D108C319F8654DB2A0DE4ED73C0B7C93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5537FF9817647B68B529D2732C6C5163">
    <w:name w:val="45537FF9817647B68B529D2732C6C516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0F714731E0649CDBFDBAC64ACE6E5FB3">
    <w:name w:val="40F714731E0649CDBFDBAC64ACE6E5FB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389ED8B008450CA4778B1F2DF9C2183">
    <w:name w:val="52389ED8B008450CA4778B1F2DF9C218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0D81D9C48914496872D73718254846B3">
    <w:name w:val="A0D81D9C48914496872D73718254846B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8C45C1231A34000A2E6EA6C0FBB78F43">
    <w:name w:val="78C45C1231A34000A2E6EA6C0FBB78F4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89BAA0F21EE401AA4E4AEF255764DCB3">
    <w:name w:val="189BAA0F21EE401AA4E4AEF255764DCB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087DF6DF0F841CB9A70E144A5BC2E203">
    <w:name w:val="D087DF6DF0F841CB9A70E144A5BC2E20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041F98D97294F33B27DB409BE8E34F13">
    <w:name w:val="7041F98D97294F33B27DB409BE8E34F1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AB6D1D873F4738BF61AE697637871D3">
    <w:name w:val="73AB6D1D873F4738BF61AE697637871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0891A0A4C04E9D9F8A8F3644975CB13">
    <w:name w:val="520891A0A4C04E9D9F8A8F3644975CB1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582574595EA444189787F4DFB8EE37F3">
    <w:name w:val="C582574595EA444189787F4DFB8EE37F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5670920D67C4481B676B57D42BEF39B3">
    <w:name w:val="55670920D67C4481B676B57D42BEF39B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D0E7F21F7C74B9EB2B3FE75BF17E85D3">
    <w:name w:val="0D0E7F21F7C74B9EB2B3FE75BF17E85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F98BD6A7E484DF08110B1C4E624D3D03">
    <w:name w:val="9F98BD6A7E484DF08110B1C4E624D3D0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33C5AFA5E7E4902A9BB228B214E57923">
    <w:name w:val="233C5AFA5E7E4902A9BB228B214E5792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B8839E78C2545FD826212E931A37F3B3">
    <w:name w:val="1B8839E78C2545FD826212E931A37F3B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9B61E07360347BCBC59BA9F385F72363">
    <w:name w:val="69B61E07360347BCBC59BA9F385F7236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B3653A43C104BD19568C0A6A4225B7F3">
    <w:name w:val="1B3653A43C104BD19568C0A6A4225B7F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EADD47DEE724B839CD6026B1BF75AA93">
    <w:name w:val="EEADD47DEE724B839CD6026B1BF75AA9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FA81B98C7214B19A7B39A54715AE3A73">
    <w:name w:val="6FA81B98C7214B19A7B39A54715AE3A7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B263252094F410FBE35EF6AF580FB843">
    <w:name w:val="3B263252094F410FBE35EF6AF580FB84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A64CC2EE9EA4474962892B82322C1A83">
    <w:name w:val="1A64CC2EE9EA4474962892B82322C1A8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42B4FC92EE6486BB6325F3B565287FC3">
    <w:name w:val="842B4FC92EE6486BB6325F3B565287FC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F1EC9326B74389B49A76BD38D396843">
    <w:name w:val="4CF1EC9326B74389B49A76BD38D39684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99EC4D83D7B455183DAAD1EA6D7428D3">
    <w:name w:val="299EC4D83D7B455183DAAD1EA6D7428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B90CA9A7B64375AFB95515D6FF8CB23">
    <w:name w:val="77B90CA9A7B64375AFB95515D6FF8CB2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F4FF5E8B1AC481D982AB29014B1116D3">
    <w:name w:val="9F4FF5E8B1AC481D982AB29014B1116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24FA815530D48EE8E2ABFC68E94CDD13">
    <w:name w:val="124FA815530D48EE8E2ABFC68E94CDD1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9F260E5FC2F4C7989F71248374B00183">
    <w:name w:val="39F260E5FC2F4C7989F71248374B0018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BD1514CBB6741AC993B3EF0950A733F3">
    <w:name w:val="3BD1514CBB6741AC993B3EF0950A733F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AFCA3B2F8640C583802F41AEEED8B43">
    <w:name w:val="C6AFCA3B2F8640C583802F41AEEED8B4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B0CB001AD624B23A5F15A8B8185FDD01">
    <w:name w:val="BB0CB001AD624B23A5F15A8B8185FDD0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3DFA0A20EF244408658A586FE3E6CCF1">
    <w:name w:val="C3DFA0A20EF244408658A586FE3E6CCF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4A6E5B3E750489CB0C4C1899C52BDD51">
    <w:name w:val="E4A6E5B3E750489CB0C4C1899C52BDD5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29761C25CFF4440B675C72392C0489C1">
    <w:name w:val="029761C25CFF4440B675C72392C0489C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3ACC168A6524DD3921FCBA313CE60D41">
    <w:name w:val="13ACC168A6524DD3921FCBA313CE60D4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DE3FB5CA07F408B9EDECE34B5B7099B1">
    <w:name w:val="3DE3FB5CA07F408B9EDECE34B5B7099B1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D02D12569949259F4B303AE9EE91BE3">
    <w:name w:val="E7D02D12569949259F4B303AE9EE91BE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A78230F4974F91A466D1A3E44D5E2D3">
    <w:name w:val="CAA78230F4974F91A466D1A3E44D5E2D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CFA2EC4C7B4356B9A2A03A62C389683">
    <w:name w:val="F0CFA2EC4C7B4356B9A2A03A62C38968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380793E9EE044989EB44762814E78B63">
    <w:name w:val="9380793E9EE044989EB44762814E78B6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E951C26B4874E2787CBE628EA2C20943">
    <w:name w:val="0E951C26B4874E2787CBE628EA2C2094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7E5AC0373094234B85BEF415F1A89983">
    <w:name w:val="07E5AC0373094234B85BEF415F1A8998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ED87B2022A34B2198DC2B217B191AF13">
    <w:name w:val="3ED87B2022A34B2198DC2B217B191AF1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F33AAC1D2E844FBBD43F6EDC271D0FC3">
    <w:name w:val="FF33AAC1D2E844FBBD43F6EDC271D0FC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2E9F0F3C3549C29B060FC2F2A6D5783">
    <w:name w:val="A52E9F0F3C3549C29B060FC2F2A6D578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36CB3F2E58949E09F2EAE0D704C7EE03">
    <w:name w:val="136CB3F2E58949E09F2EAE0D704C7EE03"/>
    <w:rsid w:val="00724A4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5383CA1-4EBA-4675-946A-4E3876E1728D}">
  <we:reference id="a3b40b4f-8edf-490e-9df1-7e66f93912bf" version="1.2.0.0" store="EXCatalog" storeType="EXCatalog"/>
  <we:alternateReferences>
    <we:reference id="WA104380526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603C75-0968-4ECF-8FC2-BBE03E3E6D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3bbec5-b5d2-4817-b31a-e56cf9689349"/>
    <ds:schemaRef ds:uri="15185260-356a-4f99-88cc-936cb4cb8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185260-356a-4f99-88cc-936cb4cb807e"/>
    <ds:schemaRef ds:uri="503bbec5-b5d2-4817-b31a-e56cf96893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13</Pages>
  <Words>1829</Words>
  <Characters>10429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12234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7</cp:revision>
  <dcterms:created xsi:type="dcterms:W3CDTF">2026-08-20T14:58:00Z</dcterms:created>
  <dcterms:modified xsi:type="dcterms:W3CDTF">2026-10-07T10:46:00Z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